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3361A" w:rsidR="00172E36" w:rsidRDefault="00000000" w14:paraId="3FBD0FD8" w14:textId="77777777">
      <w:pPr>
        <w:spacing w:after="120"/>
        <w:jc w:val="center"/>
      </w:pPr>
      <w:r w:rsidRPr="0023361A">
        <w:rPr>
          <w:b/>
          <w:sz w:val="26"/>
        </w:rPr>
        <w:t>IMMIGRATION AND NATIONALITY LAW</w:t>
      </w:r>
    </w:p>
    <w:p w:rsidRPr="0023361A" w:rsidR="00172E36" w:rsidRDefault="00000000" w14:paraId="531594C1" w14:textId="7A903D5A">
      <w:pPr>
        <w:spacing w:after="120"/>
        <w:jc w:val="center"/>
        <w:rPr>
          <w:b w:val="1"/>
          <w:bCs w:val="1"/>
        </w:rPr>
      </w:pPr>
      <w:r w:rsidRPr="5ED248B4" w:rsidR="5ED248B4">
        <w:rPr>
          <w:b w:val="1"/>
          <w:bCs w:val="1"/>
        </w:rPr>
        <w:t xml:space="preserve">SYLLABUS—Fall 2026 (updated </w:t>
      </w:r>
      <w:r w:rsidRPr="5ED248B4" w:rsidR="5ED248B4">
        <w:rPr>
          <w:b w:val="1"/>
          <w:bCs w:val="1"/>
        </w:rPr>
        <w:t>08.27</w:t>
      </w:r>
      <w:r w:rsidRPr="5ED248B4" w:rsidR="5ED248B4">
        <w:rPr>
          <w:b w:val="1"/>
          <w:bCs w:val="1"/>
        </w:rPr>
        <w:t>.26)</w:t>
      </w:r>
    </w:p>
    <w:p w:rsidRPr="0023361A" w:rsidR="00172E36" w:rsidRDefault="00000000" w14:paraId="7DF88E4B" w14:textId="77777777">
      <w:pPr>
        <w:spacing w:after="120"/>
        <w:jc w:val="center"/>
        <w:rPr>
          <w:b/>
          <w:bCs/>
        </w:rPr>
      </w:pPr>
      <w:r w:rsidRPr="0023361A">
        <w:rPr>
          <w:b/>
          <w:bCs/>
        </w:rPr>
        <w:t>Professor Lenni B. Benson (she/her)</w:t>
      </w:r>
    </w:p>
    <w:p w:rsidRPr="0023361A" w:rsidR="00172E36" w:rsidRDefault="00000000" w14:paraId="4377DFD0" w14:textId="77777777">
      <w:pPr>
        <w:spacing w:after="120"/>
        <w:jc w:val="center"/>
        <w:rPr>
          <w:b/>
          <w:bCs/>
        </w:rPr>
      </w:pPr>
      <w:r w:rsidRPr="0023361A">
        <w:rPr>
          <w:b/>
          <w:bCs/>
        </w:rPr>
        <w:t>Adjunct Professor Daniel Parisi (he/him)</w:t>
      </w:r>
    </w:p>
    <w:p w:rsidRPr="0023361A" w:rsidR="00172E36" w:rsidRDefault="00000000" w14:paraId="68D1FF1C" w14:textId="77777777">
      <w:pPr>
        <w:spacing w:after="120"/>
        <w:jc w:val="center"/>
        <w:rPr>
          <w:b/>
          <w:bCs/>
        </w:rPr>
      </w:pPr>
      <w:r w:rsidRPr="0023361A">
        <w:rPr>
          <w:b/>
          <w:bCs/>
        </w:rPr>
        <w:t>with some guest appearances</w:t>
      </w:r>
    </w:p>
    <w:p w:rsidRPr="0023361A" w:rsidR="00172E36" w:rsidRDefault="00172E36" w14:paraId="5B34B920" w14:textId="77777777">
      <w:pPr>
        <w:rPr>
          <w:b/>
          <w:bCs/>
        </w:rPr>
      </w:pPr>
    </w:p>
    <w:p w:rsidRPr="0023361A" w:rsidR="00172E36" w:rsidRDefault="00000000" w14:paraId="10AEE64E" w14:textId="77777777">
      <w:pPr>
        <w:spacing w:after="120"/>
        <w:jc w:val="center"/>
        <w:rPr>
          <w:b/>
          <w:bCs/>
        </w:rPr>
      </w:pPr>
      <w:r w:rsidRPr="0023361A">
        <w:rPr>
          <w:b/>
          <w:bCs/>
        </w:rPr>
        <w:t>New York Law School</w:t>
      </w:r>
    </w:p>
    <w:p w:rsidRPr="0023361A" w:rsidR="00172E36" w:rsidRDefault="00000000" w14:paraId="20C60479" w14:textId="77777777">
      <w:pPr>
        <w:spacing w:after="120"/>
        <w:jc w:val="center"/>
      </w:pPr>
      <w:r w:rsidRPr="0023361A">
        <w:t>Time: Mondays and Wednesdays 2:15 to 3:30 p.m.</w:t>
      </w:r>
    </w:p>
    <w:p w:rsidRPr="0023361A" w:rsidR="00172E36" w:rsidRDefault="00000000" w14:paraId="67A64A08" w14:textId="7D478439">
      <w:pPr>
        <w:spacing w:after="120"/>
        <w:jc w:val="center"/>
      </w:pPr>
      <w:r w:rsidRPr="0023361A">
        <w:t xml:space="preserve">Fall Semester 2026 – Room </w:t>
      </w:r>
      <w:r w:rsidRPr="0023361A" w:rsidR="00C36926">
        <w:t>C425</w:t>
      </w:r>
    </w:p>
    <w:p w:rsidRPr="0023361A" w:rsidR="00172E36" w:rsidRDefault="00172E36" w14:paraId="7172F7F5" w14:textId="77777777"/>
    <w:p w:rsidRPr="0023361A" w:rsidR="00172E36" w:rsidRDefault="00000000" w14:paraId="629F7726" w14:textId="502E863E">
      <w:pPr>
        <w:spacing w:after="80"/>
      </w:pPr>
      <w:r w:rsidRPr="0023361A">
        <w:rPr>
          <w:sz w:val="20"/>
        </w:rPr>
        <w:t>Contact Information ............................</w:t>
      </w:r>
      <w:r w:rsidRPr="0023361A" w:rsidR="007D7D0E">
        <w:rPr>
          <w:sz w:val="20"/>
        </w:rPr>
        <w:t>...............................................................................................................</w:t>
      </w:r>
      <w:r w:rsidRPr="0023361A">
        <w:rPr>
          <w:sz w:val="20"/>
        </w:rPr>
        <w:t>...........................................1</w:t>
      </w:r>
    </w:p>
    <w:p w:rsidRPr="0023361A" w:rsidR="00172E36" w:rsidRDefault="00000000" w14:paraId="1AAAE478" w14:textId="3D7941DA">
      <w:pPr>
        <w:spacing w:after="80"/>
      </w:pPr>
      <w:r w:rsidRPr="0023361A">
        <w:rPr>
          <w:sz w:val="20"/>
        </w:rPr>
        <w:t xml:space="preserve">Learning Goals </w:t>
      </w:r>
      <w:proofErr w:type="gramStart"/>
      <w:r w:rsidRPr="0023361A">
        <w:rPr>
          <w:sz w:val="20"/>
        </w:rPr>
        <w:t>And</w:t>
      </w:r>
      <w:proofErr w:type="gramEnd"/>
      <w:r w:rsidRPr="0023361A">
        <w:rPr>
          <w:sz w:val="20"/>
        </w:rPr>
        <w:t xml:space="preserve"> Objectives: ......................................</w:t>
      </w:r>
      <w:r w:rsidRPr="0023361A" w:rsidR="007D7D0E">
        <w:rPr>
          <w:sz w:val="20"/>
        </w:rPr>
        <w:t>.......................................................................................................</w:t>
      </w:r>
      <w:r w:rsidRPr="0023361A">
        <w:rPr>
          <w:sz w:val="20"/>
        </w:rPr>
        <w:t>..................2</w:t>
      </w:r>
    </w:p>
    <w:p w:rsidRPr="0023361A" w:rsidR="00172E36" w:rsidRDefault="00000000" w14:paraId="290B8625" w14:textId="05CE3634">
      <w:pPr>
        <w:spacing w:after="80"/>
      </w:pPr>
      <w:r w:rsidRPr="0023361A">
        <w:rPr>
          <w:sz w:val="20"/>
        </w:rPr>
        <w:t xml:space="preserve">Required Texts </w:t>
      </w:r>
      <w:proofErr w:type="gramStart"/>
      <w:r w:rsidRPr="0023361A">
        <w:rPr>
          <w:sz w:val="20"/>
        </w:rPr>
        <w:t>For</w:t>
      </w:r>
      <w:proofErr w:type="gramEnd"/>
      <w:r w:rsidRPr="0023361A">
        <w:rPr>
          <w:sz w:val="20"/>
        </w:rPr>
        <w:t xml:space="preserve"> </w:t>
      </w:r>
      <w:proofErr w:type="gramStart"/>
      <w:r w:rsidRPr="0023361A">
        <w:rPr>
          <w:sz w:val="20"/>
        </w:rPr>
        <w:t>The</w:t>
      </w:r>
      <w:proofErr w:type="gramEnd"/>
      <w:r w:rsidRPr="0023361A">
        <w:rPr>
          <w:sz w:val="20"/>
        </w:rPr>
        <w:t xml:space="preserve"> Course: ..................</w:t>
      </w:r>
      <w:r w:rsidRPr="0023361A" w:rsidR="007D7D0E">
        <w:rPr>
          <w:sz w:val="20"/>
        </w:rPr>
        <w:t>.....................................................................................................</w:t>
      </w:r>
      <w:r w:rsidRPr="0023361A">
        <w:rPr>
          <w:sz w:val="20"/>
        </w:rPr>
        <w:t>.......................................3</w:t>
      </w:r>
    </w:p>
    <w:p w:rsidRPr="0023361A" w:rsidR="00172E36" w:rsidRDefault="00000000" w14:paraId="3A25F5E9" w14:textId="3CCD94B1">
      <w:pPr>
        <w:spacing w:after="80"/>
      </w:pPr>
      <w:r w:rsidRPr="0023361A">
        <w:rPr>
          <w:sz w:val="20"/>
        </w:rPr>
        <w:t>Grading Policy: ...........................................</w:t>
      </w:r>
      <w:r w:rsidRPr="0023361A" w:rsidR="007D7D0E">
        <w:rPr>
          <w:sz w:val="20"/>
        </w:rPr>
        <w:t>..............................................................................................................</w:t>
      </w:r>
      <w:r w:rsidRPr="0023361A">
        <w:rPr>
          <w:sz w:val="20"/>
        </w:rPr>
        <w:t>.......................................4</w:t>
      </w:r>
    </w:p>
    <w:p w:rsidRPr="0023361A" w:rsidR="007D7D0E" w:rsidP="007D7D0E" w:rsidRDefault="00000000" w14:paraId="2FE7B7FC" w14:textId="13875BFC">
      <w:pPr>
        <w:spacing w:after="80"/>
      </w:pPr>
      <w:r w:rsidRPr="0023361A">
        <w:rPr>
          <w:sz w:val="20"/>
        </w:rPr>
        <w:t xml:space="preserve">Detailed Schedule </w:t>
      </w:r>
      <w:proofErr w:type="gramStart"/>
      <w:r w:rsidRPr="0023361A">
        <w:rPr>
          <w:sz w:val="20"/>
        </w:rPr>
        <w:t>Of</w:t>
      </w:r>
      <w:proofErr w:type="gramEnd"/>
      <w:r w:rsidRPr="0023361A">
        <w:rPr>
          <w:sz w:val="20"/>
        </w:rPr>
        <w:t xml:space="preserve"> Assignments ................................</w:t>
      </w:r>
      <w:r w:rsidRPr="0023361A" w:rsidR="007D7D0E">
        <w:rPr>
          <w:sz w:val="20"/>
        </w:rPr>
        <w:t>.....................................................................................................</w:t>
      </w:r>
      <w:r w:rsidRPr="0023361A">
        <w:rPr>
          <w:sz w:val="20"/>
        </w:rPr>
        <w:t>....................6</w:t>
      </w:r>
    </w:p>
    <w:p w:rsidRPr="0023361A" w:rsidR="007D7D0E" w:rsidP="007D7D0E" w:rsidRDefault="007D7D0E" w14:paraId="25E0BF0E" w14:textId="77777777">
      <w:pPr>
        <w:spacing w:after="0"/>
      </w:pPr>
    </w:p>
    <w:p w:rsidRPr="0023361A" w:rsidR="00172E36" w:rsidP="007D7D0E" w:rsidRDefault="00000000" w14:paraId="6F790C85" w14:textId="12966D31">
      <w:pPr>
        <w:spacing w:after="0"/>
        <w:rPr>
          <w:u w:val="single"/>
        </w:rPr>
      </w:pPr>
      <w:r w:rsidRPr="0023361A">
        <w:rPr>
          <w:b/>
          <w:sz w:val="24"/>
          <w:u w:val="single"/>
        </w:rPr>
        <w:t>Contact Information</w:t>
      </w:r>
    </w:p>
    <w:p w:rsidRPr="0023361A" w:rsidR="00172E36" w:rsidP="007D7D0E" w:rsidRDefault="00000000" w14:paraId="11E23BD6" w14:textId="77777777">
      <w:pPr>
        <w:spacing w:after="0"/>
      </w:pPr>
      <w:r w:rsidRPr="0023361A">
        <w:rPr>
          <w:b/>
        </w:rPr>
        <w:t>Professor Benson Contact Information:</w:t>
      </w:r>
    </w:p>
    <w:p w:rsidRPr="0023361A" w:rsidR="00172E36" w:rsidP="007D7D0E" w:rsidRDefault="00000000" w14:paraId="2F1E3B6A" w14:textId="77777777">
      <w:pPr>
        <w:spacing w:after="0"/>
      </w:pPr>
      <w:r w:rsidRPr="0023361A">
        <w:rPr>
          <w:b/>
          <w:bCs/>
        </w:rPr>
        <w:t>Email:</w:t>
      </w:r>
      <w:r w:rsidRPr="0023361A">
        <w:t xml:space="preserve"> lenni.benson@nyls.edu</w:t>
      </w:r>
    </w:p>
    <w:p w:rsidRPr="0023361A" w:rsidR="00172E36" w:rsidP="007D7D0E" w:rsidRDefault="00000000" w14:paraId="35DA0D9A" w14:textId="77777777">
      <w:pPr>
        <w:spacing w:after="0"/>
      </w:pPr>
      <w:r w:rsidRPr="0023361A">
        <w:rPr>
          <w:b/>
          <w:bCs/>
        </w:rPr>
        <w:t>Telephone:</w:t>
      </w:r>
      <w:r w:rsidRPr="0023361A">
        <w:t xml:space="preserve"> 212-431-2336</w:t>
      </w:r>
    </w:p>
    <w:p w:rsidRPr="0023361A" w:rsidR="00172E36" w:rsidP="007D7D0E" w:rsidRDefault="00000000" w14:paraId="09489A5A" w14:textId="77777777">
      <w:pPr>
        <w:spacing w:after="0"/>
      </w:pPr>
      <w:proofErr w:type="spellStart"/>
      <w:r w:rsidRPr="0023361A">
        <w:rPr>
          <w:b/>
          <w:bCs/>
        </w:rPr>
        <w:t>Cell</w:t>
      </w:r>
      <w:proofErr w:type="spellEnd"/>
      <w:r w:rsidRPr="0023361A">
        <w:rPr>
          <w:b/>
          <w:bCs/>
        </w:rPr>
        <w:t>:</w:t>
      </w:r>
      <w:r w:rsidRPr="0023361A">
        <w:t xml:space="preserve"> (preferred): 917-596-3523</w:t>
      </w:r>
    </w:p>
    <w:p w:rsidRPr="0023361A" w:rsidR="00172E36" w:rsidP="007D7D0E" w:rsidRDefault="00000000" w14:paraId="41561429" w14:textId="77777777">
      <w:pPr>
        <w:spacing w:after="0"/>
      </w:pPr>
      <w:r w:rsidRPr="0023361A">
        <w:rPr>
          <w:b/>
          <w:bCs/>
        </w:rPr>
        <w:t>Office:</w:t>
      </w:r>
      <w:r w:rsidRPr="0023361A">
        <w:t xml:space="preserve"> 47 Worth Street, C-240</w:t>
      </w:r>
    </w:p>
    <w:p w:rsidRPr="0023361A" w:rsidR="00172E36" w:rsidP="007D7D0E" w:rsidRDefault="00000000" w14:paraId="071483DF" w14:textId="6D3C75DC">
      <w:pPr>
        <w:spacing w:after="0"/>
      </w:pPr>
      <w:r w:rsidRPr="0023361A">
        <w:rPr>
          <w:b/>
          <w:bCs/>
        </w:rPr>
        <w:t>Office Hours:</w:t>
      </w:r>
      <w:r w:rsidRPr="0023361A">
        <w:t xml:space="preserve"> Before class or by appointment (please email and suggest three times that work for you)</w:t>
      </w:r>
    </w:p>
    <w:p w:rsidRPr="0023361A" w:rsidR="007D7D0E" w:rsidP="007D7D0E" w:rsidRDefault="007D7D0E" w14:paraId="7D87C826" w14:textId="77777777">
      <w:pPr>
        <w:spacing w:after="0"/>
      </w:pPr>
    </w:p>
    <w:p w:rsidRPr="0023361A" w:rsidR="00172E36" w:rsidP="007D7D0E" w:rsidRDefault="00000000" w14:paraId="3913B08B" w14:textId="77777777">
      <w:pPr>
        <w:spacing w:after="0"/>
      </w:pPr>
      <w:r w:rsidRPr="0023361A">
        <w:rPr>
          <w:b/>
        </w:rPr>
        <w:t>Professor Parisi Contact Information:</w:t>
      </w:r>
    </w:p>
    <w:p w:rsidRPr="0023361A" w:rsidR="00172E36" w:rsidP="007D7D0E" w:rsidRDefault="00000000" w14:paraId="4368969E" w14:textId="77777777">
      <w:pPr>
        <w:spacing w:after="0"/>
      </w:pPr>
      <w:r w:rsidRPr="0023361A">
        <w:rPr>
          <w:b/>
          <w:bCs/>
        </w:rPr>
        <w:t>Email:</w:t>
      </w:r>
      <w:r w:rsidRPr="0023361A">
        <w:t xml:space="preserve"> daniel.parisi@nyls.edu</w:t>
      </w:r>
    </w:p>
    <w:p w:rsidRPr="0023361A" w:rsidR="00172E36" w:rsidP="007D7D0E" w:rsidRDefault="00000000" w14:paraId="1E67083D" w14:textId="77777777">
      <w:pPr>
        <w:spacing w:after="0"/>
      </w:pPr>
      <w:r w:rsidRPr="0023361A">
        <w:rPr>
          <w:b/>
          <w:bCs/>
        </w:rPr>
        <w:t>Office Hours:</w:t>
      </w:r>
      <w:r w:rsidRPr="0023361A">
        <w:t xml:space="preserve"> by appointment (please email and suggest three times that work for you)</w:t>
      </w:r>
    </w:p>
    <w:p w:rsidRPr="0023361A" w:rsidR="00172E36" w:rsidP="007D7D0E" w:rsidRDefault="00172E36" w14:paraId="71B3C1A8" w14:textId="77777777">
      <w:pPr>
        <w:spacing w:after="0"/>
      </w:pPr>
    </w:p>
    <w:p w:rsidRPr="0023361A" w:rsidR="00172E36" w:rsidP="007D7D0E" w:rsidRDefault="00000000" w14:paraId="18193E66" w14:textId="77777777">
      <w:pPr>
        <w:spacing w:after="0"/>
      </w:pPr>
      <w:r w:rsidRPr="0023361A">
        <w:rPr>
          <w:b/>
        </w:rPr>
        <w:t>Teaching Assistant Contact Information:</w:t>
      </w:r>
    </w:p>
    <w:p w:rsidRPr="0023361A" w:rsidR="00172E36" w:rsidP="007D7D0E" w:rsidRDefault="00000000" w14:paraId="1B7B85FB" w14:textId="77777777">
      <w:pPr>
        <w:spacing w:after="0"/>
      </w:pPr>
      <w:r w:rsidRPr="0023361A">
        <w:rPr>
          <w:b/>
          <w:bCs/>
        </w:rPr>
        <w:t>Name:</w:t>
      </w:r>
      <w:r w:rsidRPr="0023361A">
        <w:t xml:space="preserve"> Karla Galiano Herrera</w:t>
      </w:r>
    </w:p>
    <w:p w:rsidRPr="0023361A" w:rsidR="00172E36" w:rsidP="007D7D0E" w:rsidRDefault="00000000" w14:paraId="6CCFA720" w14:textId="77777777">
      <w:pPr>
        <w:spacing w:after="0"/>
      </w:pPr>
      <w:r w:rsidRPr="0023361A">
        <w:rPr>
          <w:b/>
          <w:bCs/>
        </w:rPr>
        <w:t>Email:</w:t>
      </w:r>
      <w:r w:rsidRPr="0023361A">
        <w:t xml:space="preserve"> karla.galianoherrera@law.nyls.edu</w:t>
      </w:r>
    </w:p>
    <w:p w:rsidRPr="0023361A" w:rsidR="00172E36" w:rsidP="007D7D0E" w:rsidRDefault="00000000" w14:paraId="6B5F71A8" w14:textId="536B65A0">
      <w:pPr>
        <w:spacing w:after="0"/>
      </w:pPr>
      <w:r w:rsidRPr="0023361A">
        <w:rPr>
          <w:b/>
          <w:bCs/>
        </w:rPr>
        <w:t>Office Hours:</w:t>
      </w:r>
      <w:r w:rsidRPr="0023361A">
        <w:t xml:space="preserve"> by appointment (text or email to coordinate)</w:t>
      </w:r>
    </w:p>
    <w:p w:rsidRPr="0023361A" w:rsidR="007D7D0E" w:rsidP="007D7D0E" w:rsidRDefault="007D7D0E" w14:paraId="16B307BC" w14:textId="77777777">
      <w:pPr>
        <w:spacing w:after="0"/>
      </w:pPr>
    </w:p>
    <w:p w:rsidRPr="0023361A" w:rsidR="00172E36" w:rsidP="007D7D0E" w:rsidRDefault="00000000" w14:paraId="47982AA6" w14:textId="77777777">
      <w:pPr>
        <w:spacing w:after="0"/>
      </w:pPr>
      <w:r w:rsidRPr="0023361A">
        <w:rPr>
          <w:b/>
        </w:rPr>
        <w:t>Faculty Assistant to Professor Benson:</w:t>
      </w:r>
    </w:p>
    <w:p w:rsidRPr="0023361A" w:rsidR="00172E36" w:rsidP="007D7D0E" w:rsidRDefault="00000000" w14:paraId="33A8FC72" w14:textId="69B84981">
      <w:pPr>
        <w:spacing w:after="0"/>
      </w:pPr>
      <w:r w:rsidRPr="5ED248B4" w:rsidR="5ED248B4">
        <w:rPr>
          <w:b w:val="1"/>
          <w:bCs w:val="1"/>
        </w:rPr>
        <w:t>Name:</w:t>
      </w:r>
      <w:r w:rsidR="5ED248B4">
        <w:rPr/>
        <w:t xml:space="preserve"> to be named</w:t>
      </w:r>
    </w:p>
    <w:p w:rsidRPr="0023361A" w:rsidR="00172E36" w:rsidP="007D7D0E" w:rsidRDefault="00000000" w14:paraId="74E96898" w14:textId="13277467">
      <w:pPr>
        <w:spacing w:after="0"/>
      </w:pPr>
      <w:r w:rsidRPr="5ED248B4" w:rsidR="5ED248B4">
        <w:rPr>
          <w:b w:val="1"/>
          <w:bCs w:val="1"/>
        </w:rPr>
        <w:t>Email:</w:t>
      </w:r>
      <w:r w:rsidR="5ED248B4">
        <w:rPr/>
        <w:t xml:space="preserve"> </w:t>
      </w:r>
    </w:p>
    <w:p w:rsidRPr="0023361A" w:rsidR="00172E36" w:rsidP="007D7D0E" w:rsidRDefault="00000000" w14:paraId="395E7E7D" w14:textId="77777777">
      <w:pPr>
        <w:spacing w:after="0"/>
      </w:pPr>
      <w:r w:rsidRPr="5ED248B4" w:rsidR="5ED248B4">
        <w:rPr>
          <w:b w:val="1"/>
          <w:bCs w:val="1"/>
        </w:rPr>
        <w:t>Phone:</w:t>
      </w:r>
      <w:r w:rsidR="5ED248B4">
        <w:rPr/>
        <w:t xml:space="preserve"> 212 431-2124</w:t>
      </w:r>
    </w:p>
    <w:p w:rsidR="5ED248B4" w:rsidP="5ED248B4" w:rsidRDefault="5ED248B4" w14:paraId="0A6EEC2E" w14:textId="09F26B72">
      <w:pPr>
        <w:spacing w:after="0"/>
        <w:rPr>
          <w:b w:val="1"/>
          <w:bCs w:val="1"/>
          <w:sz w:val="24"/>
          <w:szCs w:val="24"/>
          <w:u w:val="single"/>
        </w:rPr>
      </w:pPr>
    </w:p>
    <w:p w:rsidR="5ED248B4" w:rsidP="5ED248B4" w:rsidRDefault="5ED248B4" w14:paraId="5FF6C59D" w14:textId="6261E4A7">
      <w:pPr>
        <w:spacing w:after="0"/>
        <w:rPr>
          <w:b w:val="1"/>
          <w:bCs w:val="1"/>
          <w:sz w:val="24"/>
          <w:szCs w:val="24"/>
          <w:u w:val="single"/>
        </w:rPr>
      </w:pPr>
    </w:p>
    <w:p w:rsidRPr="0023361A" w:rsidR="00172E36" w:rsidP="007D7D0E" w:rsidRDefault="00000000" w14:paraId="74634940" w14:textId="3E59A6F5">
      <w:pPr>
        <w:spacing w:after="0"/>
        <w:rPr>
          <w:u w:val="single"/>
        </w:rPr>
      </w:pPr>
      <w:r w:rsidRPr="0023361A">
        <w:rPr>
          <w:b/>
          <w:sz w:val="24"/>
          <w:u w:val="single"/>
        </w:rPr>
        <w:t>Learning Goals and Objectives:</w:t>
      </w:r>
    </w:p>
    <w:p w:rsidRPr="0023361A" w:rsidR="00172E36" w:rsidRDefault="00000000" w14:paraId="1FFE04C7" w14:textId="77777777">
      <w:pPr>
        <w:spacing w:after="80"/>
      </w:pPr>
      <w:r w:rsidRPr="0023361A">
        <w:t>During our first session we will discuss some of the particular learning goals and objectives for this course. I hope you will also share any special goals you have as well.</w:t>
      </w:r>
    </w:p>
    <w:p w:rsidRPr="0023361A" w:rsidR="00172E36" w:rsidP="007D7D0E" w:rsidRDefault="00172E36" w14:paraId="6F0A08C0" w14:textId="77777777">
      <w:pPr>
        <w:spacing w:after="0"/>
      </w:pPr>
    </w:p>
    <w:p w:rsidRPr="0023361A" w:rsidR="00172E36" w:rsidRDefault="00000000" w14:paraId="6EFEB25F" w14:textId="77777777">
      <w:pPr>
        <w:spacing w:after="80"/>
      </w:pPr>
      <w:r w:rsidRPr="0023361A">
        <w:t xml:space="preserve">As you read the opening to the text, we think you will see that the course is designed to put you into a variety of roles that attorneys perform in practicing immigration law. There are roles for both private counsel and government attorneys. Some of the problems require you to provide guidance to a corporate or government client, and others that will ask you to advise individuals or multiple parties. In addition to strengthening your skills in legal analysis, this type of problem-method teaching should also give </w:t>
      </w:r>
      <w:proofErr w:type="spellStart"/>
      <w:r w:rsidRPr="0023361A">
        <w:t>you</w:t>
      </w:r>
      <w:proofErr w:type="spellEnd"/>
      <w:r w:rsidRPr="0023361A">
        <w:t xml:space="preserve"> insight into professional ethics, demands of the practice, and key communication skills that will be essential in immigration law practice and beyond.</w:t>
      </w:r>
    </w:p>
    <w:p w:rsidRPr="0023361A" w:rsidR="00172E36" w:rsidP="007D7D0E" w:rsidRDefault="00172E36" w14:paraId="3C0DD3AF" w14:textId="77777777">
      <w:pPr>
        <w:spacing w:after="0"/>
      </w:pPr>
    </w:p>
    <w:p w:rsidRPr="0023361A" w:rsidR="00172E36" w:rsidRDefault="00000000" w14:paraId="797EAD13" w14:textId="77777777">
      <w:pPr>
        <w:spacing w:after="80"/>
      </w:pPr>
      <w:r w:rsidRPr="0023361A">
        <w:rPr>
          <w:b/>
        </w:rPr>
        <w:t>(a) Knowledge and understanding of substantive and procedural law;</w:t>
      </w:r>
    </w:p>
    <w:p w:rsidRPr="0023361A" w:rsidR="00172E36" w:rsidRDefault="00000000" w14:paraId="0BC29D34" w14:textId="77777777">
      <w:pPr>
        <w:pStyle w:val="ListBullet"/>
        <w:spacing w:after="60"/>
        <w:ind w:left="720"/>
      </w:pPr>
      <w:r w:rsidRPr="0023361A">
        <w:t>the constitutional treatment of non-citizens, rights at the border and within the interior, the scope of due process protections;</w:t>
      </w:r>
    </w:p>
    <w:p w:rsidRPr="0023361A" w:rsidR="00172E36" w:rsidRDefault="00000000" w14:paraId="44158B90" w14:textId="77777777">
      <w:pPr>
        <w:pStyle w:val="ListBullet"/>
        <w:spacing w:after="60"/>
        <w:ind w:left="720"/>
      </w:pPr>
      <w:r w:rsidRPr="0023361A">
        <w:t>broad knowledge of the Immigration and Nationality Act and many of the administrative regulations implementing the statute;</w:t>
      </w:r>
    </w:p>
    <w:p w:rsidRPr="0023361A" w:rsidR="00172E36" w:rsidRDefault="00000000" w14:paraId="0997EB95" w14:textId="77777777">
      <w:pPr>
        <w:pStyle w:val="ListBullet"/>
        <w:spacing w:after="60"/>
        <w:ind w:left="720"/>
      </w:pPr>
      <w:r w:rsidRPr="0023361A">
        <w:t>awareness of agency guidance documents, the role of discretion in agency adjudication, and the difficulty of “finding the law” in administrative practice;</w:t>
      </w:r>
    </w:p>
    <w:p w:rsidRPr="0023361A" w:rsidR="00172E36" w:rsidRDefault="00000000" w14:paraId="2435658F" w14:textId="77777777">
      <w:pPr>
        <w:pStyle w:val="ListBullet"/>
        <w:spacing w:after="60"/>
        <w:ind w:left="720"/>
      </w:pPr>
      <w:r w:rsidRPr="0023361A">
        <w:t>overview of removal (inadmissibility and deportation) proceedings, including expedited removal at the border; and</w:t>
      </w:r>
    </w:p>
    <w:p w:rsidRPr="0023361A" w:rsidR="00172E36" w:rsidRDefault="00000000" w14:paraId="2F85DBCB" w14:textId="77777777">
      <w:pPr>
        <w:pStyle w:val="ListBullet"/>
        <w:spacing w:after="60"/>
        <w:ind w:left="720"/>
      </w:pPr>
      <w:r w:rsidRPr="0023361A">
        <w:t>an introduction to the limited scope of judicial review and constraints on habeas.</w:t>
      </w:r>
    </w:p>
    <w:p w:rsidRPr="0023361A" w:rsidR="00172E36" w:rsidP="007D7D0E" w:rsidRDefault="00172E36" w14:paraId="3D4DC11B" w14:textId="77777777">
      <w:pPr>
        <w:spacing w:after="0"/>
      </w:pPr>
    </w:p>
    <w:p w:rsidRPr="0023361A" w:rsidR="00172E36" w:rsidRDefault="00000000" w14:paraId="6AF5F1C9" w14:textId="77777777">
      <w:pPr>
        <w:spacing w:after="80"/>
      </w:pPr>
      <w:r w:rsidRPr="0023361A">
        <w:rPr>
          <w:b/>
        </w:rPr>
        <w:t>(b) Legal analysis and reasoning, legal research, problem-solving, and written and oral communication in the legal context:</w:t>
      </w:r>
    </w:p>
    <w:p w:rsidRPr="0023361A" w:rsidR="00172E36" w:rsidRDefault="00000000" w14:paraId="7849A912" w14:textId="77777777">
      <w:pPr>
        <w:pStyle w:val="ListBullet"/>
        <w:spacing w:after="60"/>
        <w:ind w:left="720"/>
      </w:pPr>
      <w:r w:rsidRPr="0023361A">
        <w:t>historical and contemporary Constitutional analysis;</w:t>
      </w:r>
    </w:p>
    <w:p w:rsidRPr="0023361A" w:rsidR="00172E36" w:rsidRDefault="00000000" w14:paraId="3CE81DE3" w14:textId="77777777">
      <w:pPr>
        <w:pStyle w:val="ListBullet"/>
        <w:spacing w:after="60"/>
        <w:ind w:left="720"/>
      </w:pPr>
      <w:r w:rsidRPr="0023361A">
        <w:t>close reading of statutes and regulations;</w:t>
      </w:r>
    </w:p>
    <w:p w:rsidRPr="0023361A" w:rsidR="00172E36" w:rsidRDefault="00000000" w14:paraId="2FCF5B2B" w14:textId="77777777">
      <w:pPr>
        <w:pStyle w:val="ListBullet"/>
        <w:spacing w:after="60"/>
        <w:ind w:left="720"/>
      </w:pPr>
      <w:r w:rsidRPr="0023361A">
        <w:t>analytical canons and a method for reading statutes;</w:t>
      </w:r>
    </w:p>
    <w:p w:rsidRPr="0023361A" w:rsidR="00172E36" w:rsidRDefault="00000000" w14:paraId="40E941F5" w14:textId="77777777">
      <w:pPr>
        <w:pStyle w:val="ListBullet"/>
        <w:spacing w:after="60"/>
        <w:ind w:left="720"/>
      </w:pPr>
      <w:r w:rsidRPr="0023361A">
        <w:t>application of readings to the discussion of problems in almost all classes;</w:t>
      </w:r>
    </w:p>
    <w:p w:rsidRPr="0023361A" w:rsidR="00172E36" w:rsidRDefault="00000000" w14:paraId="4F943CD4" w14:textId="77777777">
      <w:pPr>
        <w:pStyle w:val="ListBullet"/>
        <w:spacing w:after="60"/>
        <w:ind w:left="720"/>
      </w:pPr>
      <w:r w:rsidRPr="0023361A">
        <w:t>oral presentation of materials applied to problems; optional submission of written assessment; and</w:t>
      </w:r>
    </w:p>
    <w:p w:rsidRPr="0023361A" w:rsidR="00172E36" w:rsidRDefault="00000000" w14:paraId="04EE6F48" w14:textId="77777777">
      <w:pPr>
        <w:pStyle w:val="ListBullet"/>
        <w:spacing w:after="60"/>
        <w:ind w:left="720"/>
      </w:pPr>
      <w:r w:rsidRPr="0023361A">
        <w:t>analysis of missing facts and context of international law, as well as social and political situations that may alter the analysis.</w:t>
      </w:r>
    </w:p>
    <w:p w:rsidRPr="0023361A" w:rsidR="00172E36" w:rsidP="007D7D0E" w:rsidRDefault="00172E36" w14:paraId="4A2FBD9A" w14:textId="77777777">
      <w:pPr>
        <w:spacing w:after="0"/>
      </w:pPr>
    </w:p>
    <w:p w:rsidRPr="0023361A" w:rsidR="00172E36" w:rsidRDefault="00000000" w14:paraId="24898960" w14:textId="77777777">
      <w:pPr>
        <w:spacing w:after="80"/>
      </w:pPr>
      <w:r w:rsidRPr="0023361A">
        <w:rPr>
          <w:b/>
        </w:rPr>
        <w:t>(c) Exercise of proper professional and ethical responsibilities to clients and the legal system:</w:t>
      </w:r>
    </w:p>
    <w:p w:rsidRPr="0023361A" w:rsidR="00172E36" w:rsidRDefault="00000000" w14:paraId="4B67E5D7" w14:textId="77777777">
      <w:pPr>
        <w:pStyle w:val="ListBullet"/>
        <w:spacing w:after="60"/>
        <w:ind w:left="720"/>
      </w:pPr>
      <w:r w:rsidRPr="0023361A">
        <w:t>identification of “who is the client;”</w:t>
      </w:r>
    </w:p>
    <w:p w:rsidRPr="0023361A" w:rsidR="00172E36" w:rsidRDefault="00000000" w14:paraId="6BE94B42" w14:textId="77777777">
      <w:pPr>
        <w:pStyle w:val="ListBullet"/>
        <w:spacing w:after="60"/>
        <w:ind w:left="720"/>
      </w:pPr>
      <w:r w:rsidRPr="0023361A">
        <w:t>evaluation of multiple clients and potential for conflicts of interest and preservation of client confidentiality;</w:t>
      </w:r>
    </w:p>
    <w:p w:rsidRPr="0023361A" w:rsidR="00172E36" w:rsidRDefault="00000000" w14:paraId="6FF9213A" w14:textId="77777777">
      <w:pPr>
        <w:pStyle w:val="ListBullet"/>
        <w:spacing w:after="60"/>
        <w:ind w:left="720"/>
      </w:pPr>
      <w:r w:rsidRPr="0023361A">
        <w:t>special cross-cultural considerations required of attorneys practicing in the field;</w:t>
      </w:r>
    </w:p>
    <w:p w:rsidRPr="0023361A" w:rsidR="00172E36" w:rsidRDefault="00000000" w14:paraId="437CB0D2" w14:textId="77777777">
      <w:pPr>
        <w:pStyle w:val="ListBullet"/>
        <w:spacing w:after="60"/>
        <w:ind w:left="720"/>
      </w:pPr>
      <w:r w:rsidRPr="0023361A">
        <w:t>sensitivity to implicit bias and stereotyping; and</w:t>
      </w:r>
    </w:p>
    <w:p w:rsidRPr="0023361A" w:rsidR="00172E36" w:rsidRDefault="00000000" w14:paraId="219840C8" w14:textId="77777777">
      <w:pPr>
        <w:pStyle w:val="ListBullet"/>
        <w:spacing w:after="60"/>
        <w:ind w:left="720"/>
      </w:pPr>
      <w:r w:rsidRPr="0023361A">
        <w:t>avoiding fraud, duty of candor to the tribunal, understanding the intersection between civil immigration law and criminal enforcement areas.</w:t>
      </w:r>
    </w:p>
    <w:p w:rsidRPr="0023361A" w:rsidR="00172E36" w:rsidP="007D7D0E" w:rsidRDefault="00172E36" w14:paraId="68F9FFFC" w14:textId="77777777">
      <w:pPr>
        <w:spacing w:after="0"/>
      </w:pPr>
    </w:p>
    <w:p w:rsidRPr="0023361A" w:rsidR="00172E36" w:rsidRDefault="00000000" w14:paraId="59DE63C0" w14:textId="77777777">
      <w:pPr>
        <w:spacing w:after="80"/>
      </w:pPr>
      <w:r w:rsidRPr="0023361A">
        <w:rPr>
          <w:b/>
        </w:rPr>
        <w:t>(d) Other professional skills needed for competent and ethical participation as a member of the legal profession:</w:t>
      </w:r>
    </w:p>
    <w:p w:rsidRPr="0023361A" w:rsidR="00172E36" w:rsidRDefault="00000000" w14:paraId="43A5AA98" w14:textId="77777777">
      <w:pPr>
        <w:pStyle w:val="ListBullet"/>
        <w:spacing w:after="60"/>
        <w:ind w:left="720"/>
      </w:pPr>
      <w:r w:rsidRPr="0023361A">
        <w:t>learning about other areas of law where immigration consequences arise;</w:t>
      </w:r>
    </w:p>
    <w:p w:rsidRPr="0023361A" w:rsidR="00172E36" w:rsidRDefault="00000000" w14:paraId="458E6DFF" w14:textId="77777777">
      <w:pPr>
        <w:pStyle w:val="ListBullet"/>
        <w:spacing w:after="60"/>
        <w:ind w:left="720"/>
      </w:pPr>
      <w:r w:rsidRPr="0023361A">
        <w:t>identifying communities who lack access to free representation;</w:t>
      </w:r>
    </w:p>
    <w:p w:rsidRPr="0023361A" w:rsidR="00172E36" w:rsidRDefault="00000000" w14:paraId="041EB53E" w14:textId="77777777">
      <w:pPr>
        <w:pStyle w:val="ListBullet"/>
        <w:spacing w:after="60"/>
        <w:ind w:left="720"/>
      </w:pPr>
      <w:r w:rsidRPr="0023361A">
        <w:t>the role of attorneys abroad;</w:t>
      </w:r>
    </w:p>
    <w:p w:rsidRPr="0023361A" w:rsidR="00172E36" w:rsidRDefault="00000000" w14:paraId="291BCAB1" w14:textId="77777777">
      <w:pPr>
        <w:pStyle w:val="ListBullet"/>
        <w:spacing w:after="60"/>
        <w:ind w:left="720"/>
      </w:pPr>
      <w:r w:rsidRPr="0023361A">
        <w:t>policy development and the role of advocacy; and</w:t>
      </w:r>
    </w:p>
    <w:p w:rsidRPr="0023361A" w:rsidR="00172E36" w:rsidRDefault="00000000" w14:paraId="2A3BA080" w14:textId="77777777">
      <w:pPr>
        <w:pStyle w:val="ListBullet"/>
        <w:spacing w:after="60"/>
        <w:ind w:left="720"/>
      </w:pPr>
      <w:r w:rsidRPr="0023361A">
        <w:t>the immigration law intersection with racial discrimination and international human rights.</w:t>
      </w:r>
    </w:p>
    <w:p w:rsidRPr="0023361A" w:rsidR="00172E36" w:rsidP="007D7D0E" w:rsidRDefault="00172E36" w14:paraId="4C890AD1" w14:textId="77777777">
      <w:pPr>
        <w:spacing w:after="0"/>
      </w:pPr>
    </w:p>
    <w:p w:rsidRPr="0023361A" w:rsidR="00172E36" w:rsidRDefault="00000000" w14:paraId="4070D63B" w14:textId="77777777">
      <w:pPr>
        <w:spacing w:after="80"/>
      </w:pPr>
      <w:r w:rsidRPr="0023361A">
        <w:rPr>
          <w:b/>
        </w:rPr>
        <w:t>(e) Career and professional development:</w:t>
      </w:r>
    </w:p>
    <w:p w:rsidRPr="0023361A" w:rsidR="00172E36" w:rsidRDefault="00000000" w14:paraId="43D77B43" w14:textId="77777777">
      <w:pPr>
        <w:pStyle w:val="ListBullet"/>
        <w:spacing w:after="60"/>
        <w:ind w:left="720"/>
      </w:pPr>
      <w:r w:rsidRPr="0023361A">
        <w:t>learning about opportunities in the field;</w:t>
      </w:r>
    </w:p>
    <w:p w:rsidRPr="0023361A" w:rsidR="00172E36" w:rsidRDefault="00000000" w14:paraId="3CA08D69" w14:textId="77777777">
      <w:pPr>
        <w:pStyle w:val="ListBullet"/>
        <w:spacing w:after="60"/>
        <w:ind w:left="720"/>
      </w:pPr>
      <w:r w:rsidRPr="0023361A">
        <w:t>discussion of externships that prepare you for practice;</w:t>
      </w:r>
    </w:p>
    <w:p w:rsidRPr="0023361A" w:rsidR="00172E36" w:rsidRDefault="00000000" w14:paraId="765DC756" w14:textId="77777777">
      <w:pPr>
        <w:pStyle w:val="ListBullet"/>
        <w:spacing w:after="60"/>
        <w:ind w:left="720"/>
      </w:pPr>
      <w:r w:rsidRPr="0023361A">
        <w:t>networking with alumni and others to learn more; and</w:t>
      </w:r>
    </w:p>
    <w:p w:rsidRPr="0023361A" w:rsidR="00172E36" w:rsidRDefault="00000000" w14:paraId="06B5386A" w14:textId="77777777">
      <w:pPr>
        <w:pStyle w:val="ListBullet"/>
        <w:spacing w:after="60"/>
        <w:ind w:left="720"/>
      </w:pPr>
      <w:r w:rsidRPr="0023361A">
        <w:t>joining the LinkedIn network group created by Professor Benson: https://www.linkedin.com/groups/1982155/</w:t>
      </w:r>
    </w:p>
    <w:p w:rsidRPr="0023361A" w:rsidR="00172E36" w:rsidRDefault="00000000" w14:paraId="7141EBE2" w14:textId="77777777">
      <w:pPr>
        <w:pStyle w:val="ListBullet"/>
        <w:spacing w:after="60"/>
        <w:ind w:left="720"/>
      </w:pPr>
      <w:r w:rsidRPr="0023361A">
        <w:t>Can you ethically make money in this profession?</w:t>
      </w:r>
    </w:p>
    <w:p w:rsidRPr="0023361A" w:rsidR="007D7D0E" w:rsidP="007D7D0E" w:rsidRDefault="007D7D0E" w14:paraId="6D64F7CF" w14:textId="77777777">
      <w:pPr>
        <w:spacing w:after="0"/>
      </w:pPr>
    </w:p>
    <w:p w:rsidRPr="0023361A" w:rsidR="00172E36" w:rsidP="007D7D0E" w:rsidRDefault="00000000" w14:paraId="5A9BDECB" w14:textId="72F6493F">
      <w:pPr>
        <w:spacing w:after="0"/>
        <w:rPr>
          <w:u w:val="single"/>
        </w:rPr>
      </w:pPr>
      <w:r w:rsidRPr="0023361A">
        <w:rPr>
          <w:b/>
          <w:sz w:val="24"/>
          <w:u w:val="single"/>
        </w:rPr>
        <w:t>Required Texts for the Course:</w:t>
      </w:r>
    </w:p>
    <w:p w:rsidRPr="0023361A" w:rsidR="00172E36" w:rsidRDefault="00000000" w14:paraId="28BEFBD9" w14:textId="5803F888">
      <w:pPr>
        <w:spacing w:after="80"/>
      </w:pPr>
      <w:r w:rsidRPr="0023361A">
        <w:rPr>
          <w:b/>
        </w:rPr>
        <w:t>1) Immigration and Nationality Law: Problems and Strategies (</w:t>
      </w:r>
      <w:r w:rsidRPr="0023361A" w:rsidR="007D7D0E">
        <w:rPr>
          <w:b/>
        </w:rPr>
        <w:t>3r</w:t>
      </w:r>
      <w:r w:rsidRPr="0023361A">
        <w:rPr>
          <w:b/>
        </w:rPr>
        <w:t>d Ed. 20</w:t>
      </w:r>
      <w:r w:rsidRPr="0023361A" w:rsidR="007D7D0E">
        <w:rPr>
          <w:b/>
        </w:rPr>
        <w:t>26</w:t>
      </w:r>
      <w:r w:rsidRPr="0023361A">
        <w:rPr>
          <w:b/>
        </w:rPr>
        <w:t>), Lenni B. Benson, Stephen W. Yale-Loehr and Sho</w:t>
      </w:r>
      <w:r w:rsidRPr="0023361A" w:rsidR="007D7D0E">
        <w:rPr>
          <w:b/>
        </w:rPr>
        <w:t>b</w:t>
      </w:r>
      <w:r w:rsidRPr="0023361A">
        <w:rPr>
          <w:b/>
        </w:rPr>
        <w:t xml:space="preserve">a Sivaprasad </w:t>
      </w:r>
      <w:proofErr w:type="spellStart"/>
      <w:r w:rsidRPr="0023361A">
        <w:rPr>
          <w:b/>
        </w:rPr>
        <w:t>Wadhia</w:t>
      </w:r>
      <w:proofErr w:type="spellEnd"/>
    </w:p>
    <w:p w:rsidRPr="0023361A" w:rsidR="00172E36" w:rsidRDefault="00000000" w14:paraId="41D06F1A" w14:textId="77777777">
      <w:pPr>
        <w:pStyle w:val="ListBullet"/>
        <w:spacing w:after="60"/>
      </w:pPr>
      <w:r w:rsidRPr="0023361A">
        <w:t>The text is published by Carolina Academic Press (CAP) and can be ordered from the publisher site or your preferred bookstore.</w:t>
      </w:r>
    </w:p>
    <w:p w:rsidRPr="0023361A" w:rsidR="007D7D0E" w:rsidRDefault="007D7D0E" w14:paraId="7B6E1BCF" w14:textId="694A04BE">
      <w:pPr>
        <w:pStyle w:val="ListBullet"/>
        <w:spacing w:after="60"/>
      </w:pPr>
      <w:r w:rsidRPr="0023361A">
        <w:t>https://cap-press.com/books/isbn/9781531033675/Immigration-and-Nationality-Law-Third-Edition</w:t>
      </w:r>
    </w:p>
    <w:p w:rsidRPr="0023361A" w:rsidR="00172E36" w:rsidRDefault="00000000" w14:paraId="4A470188" w14:textId="691D0A8E">
      <w:pPr>
        <w:pStyle w:val="ListBullet"/>
        <w:spacing w:after="60"/>
      </w:pPr>
      <w:r w:rsidRPr="0023361A">
        <w:t>The book comes in multiple formats: hard copy and an e-version. You may select the edition you prefer.</w:t>
      </w:r>
    </w:p>
    <w:p w:rsidRPr="0023361A" w:rsidR="00172E36" w:rsidP="007D7D0E" w:rsidRDefault="00172E36" w14:paraId="21128D4F" w14:textId="77777777">
      <w:pPr>
        <w:spacing w:after="0"/>
      </w:pPr>
    </w:p>
    <w:p w:rsidRPr="0023361A" w:rsidR="00172E36" w:rsidRDefault="00000000" w14:paraId="5FC3CD70" w14:textId="77777777">
      <w:pPr>
        <w:spacing w:after="80"/>
      </w:pPr>
      <w:r w:rsidRPr="0023361A">
        <w:rPr>
          <w:b/>
        </w:rPr>
        <w:t>2) Course Updates — Blackboard</w:t>
      </w:r>
    </w:p>
    <w:p w:rsidRPr="0023361A" w:rsidR="00172E36" w:rsidRDefault="00000000" w14:paraId="75AD354D" w14:textId="77777777">
      <w:pPr>
        <w:pStyle w:val="ListBullet"/>
        <w:spacing w:after="60"/>
      </w:pPr>
      <w:r w:rsidRPr="0023361A">
        <w:t>Updates for the course will be posted on Blackboard. If an update is required reading, it will be labeled as such on Blackboard. Required updates will primarily consist of recent Supreme Court and other significant cases.</w:t>
      </w:r>
    </w:p>
    <w:p w:rsidRPr="0023361A" w:rsidR="00172E36" w:rsidP="007D7D0E" w:rsidRDefault="00172E36" w14:paraId="10E2AF3B" w14:textId="77777777">
      <w:pPr>
        <w:spacing w:after="0"/>
      </w:pPr>
    </w:p>
    <w:p w:rsidRPr="0023361A" w:rsidR="00172E36" w:rsidRDefault="00000000" w14:paraId="63691F42" w14:textId="77777777">
      <w:pPr>
        <w:spacing w:after="80"/>
      </w:pPr>
      <w:r w:rsidRPr="0023361A">
        <w:rPr>
          <w:b/>
          <w:bCs/>
        </w:rPr>
        <w:t>3) Statutory and Regulatory Published Supplement</w:t>
      </w:r>
      <w:r w:rsidRPr="0023361A">
        <w:t xml:space="preserve"> -- </w:t>
      </w:r>
      <w:r w:rsidRPr="0023361A">
        <w:rPr>
          <w:b/>
          <w:bCs/>
        </w:rPr>
        <w:t>Recommended but not required</w:t>
      </w:r>
      <w:r w:rsidRPr="0023361A">
        <w:t>—you may download selected statutes and regulations as listed in the text or emphasized in the syllabus. You will need to frequently refer to the primary legal source materials. We will also discuss free access to AILA materials as student members.</w:t>
      </w:r>
    </w:p>
    <w:p w:rsidRPr="0023361A" w:rsidR="00172E36" w:rsidRDefault="00000000" w14:paraId="52E102FD" w14:textId="5E0A12B5"/>
    <w:p w:rsidRPr="0023361A" w:rsidR="00172E36" w:rsidRDefault="00000000" w14:paraId="1D3C7FDA" w14:textId="77777777">
      <w:pPr>
        <w:spacing w:before="240" w:after="120"/>
        <w:rPr>
          <w:u w:val="single"/>
        </w:rPr>
      </w:pPr>
      <w:r w:rsidRPr="0023361A">
        <w:rPr>
          <w:b/>
          <w:sz w:val="24"/>
          <w:u w:val="single"/>
        </w:rPr>
        <w:t>Grading Policy:</w:t>
      </w:r>
    </w:p>
    <w:p w:rsidRPr="0023361A" w:rsidR="00172E36" w:rsidP="007D7D0E" w:rsidRDefault="00000000" w14:paraId="151D9D91" w14:textId="1A2AE4FF">
      <w:pPr>
        <w:spacing w:after="80"/>
      </w:pPr>
      <w:r w:rsidRPr="0023361A">
        <w:rPr>
          <w:b/>
        </w:rPr>
        <w:t>A. Class Discussion:</w:t>
      </w:r>
    </w:p>
    <w:p w:rsidRPr="0023361A" w:rsidR="00172E36" w:rsidRDefault="00000000" w14:paraId="2C327607" w14:textId="77777777">
      <w:pPr>
        <w:spacing w:after="80"/>
      </w:pPr>
      <w:r w:rsidRPr="0023361A">
        <w:t xml:space="preserve">Each of you will be responsible for taking the lead on five problems (or on days where there are no problems, you are responsible for case summaries). Everyone is invited to volunteer at </w:t>
      </w:r>
      <w:proofErr w:type="spellStart"/>
      <w:r w:rsidRPr="0023361A">
        <w:t>anytime</w:t>
      </w:r>
      <w:proofErr w:type="spellEnd"/>
      <w:r w:rsidRPr="0023361A">
        <w:t xml:space="preserve">. You will be expected to have come prepared to discuss the problem on the day you selected to be part of the lead. It is very difficult to follow the discussion of problems in this class if you have not reviewed the material in advance. Please sign up for at least five problems. We will post the </w:t>
      </w:r>
      <w:proofErr w:type="gramStart"/>
      <w:r w:rsidRPr="0023361A">
        <w:t>sign up</w:t>
      </w:r>
      <w:proofErr w:type="gramEnd"/>
      <w:r w:rsidRPr="0023361A">
        <w:t xml:space="preserve"> spreadsheet link on the course website.</w:t>
      </w:r>
    </w:p>
    <w:p w:rsidRPr="0023361A" w:rsidR="00172E36" w:rsidP="007D7D0E" w:rsidRDefault="00172E36" w14:paraId="26E6C6C8" w14:textId="77777777">
      <w:pPr>
        <w:spacing w:after="0"/>
      </w:pPr>
    </w:p>
    <w:p w:rsidRPr="0023361A" w:rsidR="00172E36" w:rsidRDefault="00000000" w14:paraId="7E64B122" w14:textId="77777777">
      <w:pPr>
        <w:spacing w:after="80"/>
      </w:pPr>
      <w:r w:rsidRPr="0023361A">
        <w:t>Practice Multiple Choice: At various points throughout this course, we will test our knowledge on some multiple-choice questions. We will answer these questions collectively. They are part of class discussion but will not be part of your academic grade. There is no multiple choice on the final exam.</w:t>
      </w:r>
    </w:p>
    <w:p w:rsidRPr="0023361A" w:rsidR="00172E36" w:rsidP="007D7D0E" w:rsidRDefault="00172E36" w14:paraId="77EC5451" w14:textId="77777777">
      <w:pPr>
        <w:spacing w:after="0"/>
      </w:pPr>
    </w:p>
    <w:p w:rsidRPr="0023361A" w:rsidR="00172E36" w:rsidP="007D7D0E" w:rsidRDefault="00000000" w14:paraId="7D1BDC75" w14:textId="7A9FC454">
      <w:pPr>
        <w:spacing w:after="80"/>
      </w:pPr>
      <w:r w:rsidRPr="0023361A">
        <w:rPr>
          <w:b/>
        </w:rPr>
        <w:t>B. Exam:</w:t>
      </w:r>
    </w:p>
    <w:p w:rsidRPr="0023361A" w:rsidR="00172E36" w:rsidP="5ED248B4" w:rsidRDefault="00172E36" w14:paraId="6B0094DA" w14:textId="44290D13">
      <w:pPr>
        <w:spacing w:after="80"/>
      </w:pPr>
      <w:r w:rsidR="5ED248B4">
        <w:rPr/>
        <w:t xml:space="preserve">There will be a final essay-style Take-Home Examination. You will have the entire exam period to complete the exam. The exam will require that you spend at least one, but more likely two, days to prepare your answer. You select how you manage your time. This is not a timed take-home. The exam is completely </w:t>
      </w:r>
      <w:r w:rsidR="5ED248B4">
        <w:rPr/>
        <w:t>open</w:t>
      </w:r>
      <w:r w:rsidR="5ED248B4">
        <w:rPr/>
        <w:t xml:space="preserve"> book, but you may not use artificial intelligence to write your answer </w:t>
      </w:r>
      <w:r w:rsidR="5ED248B4">
        <w:rPr/>
        <w:t>pursuant to</w:t>
      </w:r>
      <w:r w:rsidR="5ED248B4">
        <w:rPr/>
        <w:t xml:space="preserve"> NYLS academic rules. The exam coordination is handled through the registrar’s office. Old exams will be posted on the class website. </w:t>
      </w:r>
      <w:r w:rsidR="5ED248B4">
        <w:rPr/>
        <w:t>Professor Benson and Parisi will jointly grade the final exam.</w:t>
      </w:r>
    </w:p>
    <w:p w:rsidRPr="0023361A" w:rsidR="00172E36" w:rsidRDefault="00000000" w14:paraId="105B4C8F" w14:textId="4507B800">
      <w:pPr>
        <w:spacing w:after="80"/>
      </w:pPr>
      <w:r w:rsidR="5ED248B4">
        <w:rPr/>
        <w:t xml:space="preserve">The exam will be due at 5 p.m. on the last day of the exam period. This year the date is </w:t>
      </w:r>
      <w:r w:rsidR="5ED248B4">
        <w:rPr/>
        <w:t>Friday,</w:t>
      </w:r>
      <w:r w:rsidR="5ED248B4">
        <w:rPr/>
        <w:t xml:space="preserve"> December 18, 2026.</w:t>
      </w:r>
    </w:p>
    <w:p w:rsidRPr="0023361A" w:rsidR="00172E36" w:rsidRDefault="00000000" w14:paraId="7C10FACC" w14:textId="77777777">
      <w:pPr>
        <w:spacing w:after="80"/>
      </w:pPr>
      <w:r w:rsidR="5ED248B4">
        <w:rPr/>
        <w:t xml:space="preserve">The best way to prepare for the exam is to prepare and </w:t>
      </w:r>
      <w:bookmarkStart w:name="_Int_HRQmiHlz" w:id="1329400767"/>
      <w:r w:rsidR="5ED248B4">
        <w:rPr/>
        <w:t>submit</w:t>
      </w:r>
      <w:bookmarkEnd w:id="1329400767"/>
      <w:r w:rsidR="5ED248B4">
        <w:rPr/>
        <w:t xml:space="preserve"> written memoranda answering the problems during the course. The exam is written in a very similar style to the problems presented in the text.</w:t>
      </w:r>
    </w:p>
    <w:p w:rsidRPr="0023361A" w:rsidR="00172E36" w:rsidP="007D7D0E" w:rsidRDefault="00172E36" w14:paraId="32726A4F" w14:textId="77777777">
      <w:pPr>
        <w:spacing w:after="0"/>
      </w:pPr>
    </w:p>
    <w:p w:rsidR="5ED248B4" w:rsidP="5ED248B4" w:rsidRDefault="5ED248B4" w14:paraId="0943C367" w14:textId="490890AD">
      <w:pPr>
        <w:spacing w:after="80"/>
        <w:rPr>
          <w:b w:val="1"/>
          <w:bCs w:val="1"/>
        </w:rPr>
      </w:pPr>
    </w:p>
    <w:p w:rsidRPr="0023361A" w:rsidR="00172E36" w:rsidP="007D7D0E" w:rsidRDefault="00000000" w14:paraId="436856CF" w14:textId="06C76AFC">
      <w:pPr>
        <w:spacing w:after="80"/>
      </w:pPr>
      <w:r w:rsidRPr="0023361A">
        <w:rPr>
          <w:b/>
        </w:rPr>
        <w:t>C. Class Participation Increase</w:t>
      </w:r>
    </w:p>
    <w:p w:rsidRPr="0023361A" w:rsidR="00172E36" w:rsidP="5ED248B4" w:rsidRDefault="00172E36" w14:paraId="1DA401BC" w14:textId="31CC2B33">
      <w:pPr>
        <w:spacing w:after="80"/>
      </w:pPr>
      <w:r w:rsidR="5ED248B4">
        <w:rPr/>
        <w:t>New York Law School students may earn a one-third increase in their final grade for the course if they make strong oral contributions to the discussion. There are two ways to satisfy this participation increase.</w:t>
      </w:r>
    </w:p>
    <w:p w:rsidRPr="0023361A" w:rsidR="00172E36" w:rsidP="5ED248B4" w:rsidRDefault="00172E36" w14:paraId="26F22353" w14:textId="4A6AFEA0">
      <w:pPr>
        <w:spacing w:after="80"/>
      </w:pPr>
      <w:r w:rsidRPr="5ED248B4" w:rsidR="5ED248B4">
        <w:rPr>
          <w:b w:val="1"/>
          <w:bCs w:val="1"/>
        </w:rPr>
        <w:t xml:space="preserve">The first </w:t>
      </w:r>
      <w:r w:rsidRPr="5ED248B4" w:rsidR="5ED248B4">
        <w:rPr>
          <w:b w:val="1"/>
          <w:bCs w:val="1"/>
        </w:rPr>
        <w:t>option</w:t>
      </w:r>
      <w:r w:rsidRPr="5ED248B4" w:rsidR="5ED248B4">
        <w:rPr>
          <w:b w:val="1"/>
          <w:bCs w:val="1"/>
        </w:rPr>
        <w:t xml:space="preserve"> is to complete three problem write-ups.</w:t>
      </w:r>
      <w:r w:rsidR="5ED248B4">
        <w:rPr/>
        <w:t xml:space="preserve"> To be eligible to be considered for the one-third increase, you will need to prepare </w:t>
      </w:r>
      <w:r w:rsidRPr="5ED248B4" w:rsidR="5ED248B4">
        <w:rPr>
          <w:highlight w:val="yellow"/>
        </w:rPr>
        <w:t>three written memoranda</w:t>
      </w:r>
      <w:r w:rsidR="5ED248B4">
        <w:rPr/>
        <w:t xml:space="preserve">, each analyzing a problem assigned during the course (each memorandum will focus on one problem). The memoranda are due by 11:30 p.m. on the evening before the Monday or Wednesday class when that problem is </w:t>
      </w:r>
      <w:r w:rsidR="5ED248B4">
        <w:rPr/>
        <w:t>assigned. Submit them by email to: lenni.benson@nyls.edu. Please copy Professor Parisi at Daniel.Parisi@nyls.edu.</w:t>
      </w:r>
    </w:p>
    <w:p w:rsidRPr="0023361A" w:rsidR="00172E36" w:rsidP="5ED248B4" w:rsidRDefault="00172E36" w14:paraId="2486D77D" w14:textId="2E4949DC">
      <w:pPr>
        <w:spacing w:after="80"/>
      </w:pPr>
      <w:r w:rsidR="5ED248B4">
        <w:rPr/>
        <w:t xml:space="preserve">When </w:t>
      </w:r>
      <w:r w:rsidR="5ED248B4">
        <w:rPr/>
        <w:t>submitting</w:t>
      </w:r>
      <w:r w:rsidR="5ED248B4">
        <w:rPr/>
        <w:t xml:space="preserve"> the memoranda, </w:t>
      </w:r>
      <w:r w:rsidRPr="5ED248B4" w:rsidR="5ED248B4">
        <w:rPr>
          <w:highlight w:val="yellow"/>
        </w:rPr>
        <w:t>use the subject line</w:t>
      </w:r>
      <w:r w:rsidR="5ED248B4">
        <w:rPr/>
        <w:t xml:space="preserve"> “IMMIGRATION ASSIGNMENT.” Please save the document with your FIRST AND LAST NAME in the title of the document and the name of the problem, e.g., ROBERT JOSS Problem 3.1 or EDWINA ZARELA Problem 2.6.</w:t>
      </w:r>
    </w:p>
    <w:p w:rsidRPr="0023361A" w:rsidR="00172E36" w:rsidP="5ED248B4" w:rsidRDefault="00172E36" w14:paraId="462DFC9E" w14:textId="5E44B63E">
      <w:pPr>
        <w:spacing w:after="80"/>
      </w:pPr>
      <w:r w:rsidR="5ED248B4">
        <w:rPr/>
        <w:t xml:space="preserve">The written memoranda should be prepared as if you were </w:t>
      </w:r>
      <w:r w:rsidR="5ED248B4">
        <w:rPr/>
        <w:t>submitting</w:t>
      </w:r>
      <w:r w:rsidR="5ED248B4">
        <w:rPr/>
        <w:t xml:space="preserve"> the work for an assignment in a law office. While you do not have to follow the format that you learned in the first-year legal practice course, most legal memoranda begin with </w:t>
      </w:r>
      <w:r w:rsidR="5ED248B4">
        <w:rPr/>
        <w:t>a brief summary</w:t>
      </w:r>
      <w:r w:rsidR="5ED248B4">
        <w:rPr/>
        <w:t xml:space="preserve"> of the facts and then discusses each relevant issue separately. The memoranda should conclude with a recommendation or suggestions for </w:t>
      </w:r>
      <w:r w:rsidR="5ED248B4">
        <w:rPr/>
        <w:t>next</w:t>
      </w:r>
      <w:r w:rsidR="5ED248B4">
        <w:rPr/>
        <w:t xml:space="preserve"> steps for the theoretical client. The memoranda must be professionally formatted and </w:t>
      </w:r>
      <w:r w:rsidR="5ED248B4">
        <w:rPr/>
        <w:t>contain</w:t>
      </w:r>
      <w:r w:rsidR="5ED248B4">
        <w:rPr/>
        <w:t xml:space="preserve"> full citations.</w:t>
      </w:r>
    </w:p>
    <w:p w:rsidRPr="0023361A" w:rsidR="00172E36" w:rsidP="5ED248B4" w:rsidRDefault="00172E36" w14:paraId="727534E2" w14:textId="39BA3F24">
      <w:pPr>
        <w:spacing w:after="80"/>
      </w:pPr>
      <w:r w:rsidR="5ED248B4">
        <w:rPr/>
        <w:t>As you will see, the problems in the text give you an assigned role.</w:t>
      </w:r>
      <w:r w:rsidR="5ED248B4">
        <w:rPr/>
        <w:t xml:space="preserve"> You may be an attorney in private practice, or you may be representing the government. You may be a law clerk for a judge or working for a member of Congress. Prepare the memorandum as if you were writing for the specific audience described in the text. In the past, many students have been able to use these written assignments as writing samples when they seek employment. In my experience, preparing a written response to </w:t>
      </w:r>
      <w:r w:rsidR="5ED248B4">
        <w:rPr/>
        <w:t>all of</w:t>
      </w:r>
      <w:r w:rsidR="5ED248B4">
        <w:rPr/>
        <w:t xml:space="preserve"> the problems in the text is the </w:t>
      </w:r>
      <w:r w:rsidR="5ED248B4">
        <w:rPr/>
        <w:t>very best</w:t>
      </w:r>
      <w:r w:rsidR="5ED248B4">
        <w:rPr/>
        <w:t xml:space="preserve"> way to learn this topic and to build confidence in your abilities as a future attorney. But to qualify for “extra credit” you only need to </w:t>
      </w:r>
      <w:r w:rsidR="5ED248B4">
        <w:rPr/>
        <w:t>submit</w:t>
      </w:r>
      <w:r w:rsidR="5ED248B4">
        <w:rPr/>
        <w:t xml:space="preserve"> three.</w:t>
      </w:r>
    </w:p>
    <w:p w:rsidRPr="0023361A" w:rsidR="00172E36" w:rsidRDefault="00000000" w14:paraId="157AC11C" w14:textId="77777777">
      <w:pPr>
        <w:spacing w:after="80"/>
      </w:pPr>
      <w:r w:rsidRPr="0023361A">
        <w:t xml:space="preserve">You may use the text, the blackboard website, and AILA link to prepare your </w:t>
      </w:r>
      <w:proofErr w:type="gramStart"/>
      <w:r w:rsidRPr="0023361A">
        <w:t>response</w:t>
      </w:r>
      <w:proofErr w:type="gramEnd"/>
      <w:r w:rsidRPr="0023361A">
        <w:t xml:space="preserve"> but you must cite your sources. You may not use artificial intelligence tools to draft any written submission.</w:t>
      </w:r>
    </w:p>
    <w:p w:rsidRPr="0023361A" w:rsidR="00172E36" w:rsidP="007D7D0E" w:rsidRDefault="00172E36" w14:paraId="214EFE27" w14:textId="77777777">
      <w:pPr>
        <w:spacing w:after="0"/>
      </w:pPr>
    </w:p>
    <w:p w:rsidRPr="0023361A" w:rsidR="00172E36" w:rsidRDefault="00000000" w14:paraId="6E78F3BC" w14:textId="0BE0C503">
      <w:pPr>
        <w:spacing w:after="80"/>
      </w:pPr>
      <w:r w:rsidRPr="5ED248B4" w:rsidR="5ED248B4">
        <w:rPr>
          <w:b w:val="1"/>
          <w:bCs w:val="1"/>
        </w:rPr>
        <w:t xml:space="preserve">The second </w:t>
      </w:r>
      <w:r w:rsidRPr="5ED248B4" w:rsidR="5ED248B4">
        <w:rPr>
          <w:b w:val="1"/>
          <w:bCs w:val="1"/>
        </w:rPr>
        <w:t>option</w:t>
      </w:r>
      <w:r w:rsidRPr="5ED248B4" w:rsidR="5ED248B4">
        <w:rPr>
          <w:b w:val="1"/>
          <w:bCs w:val="1"/>
        </w:rPr>
        <w:t xml:space="preserve"> is to complete two problem write-ups and present one </w:t>
      </w:r>
      <w:r w:rsidRPr="5ED248B4" w:rsidR="5ED248B4">
        <w:rPr>
          <w:b w:val="1"/>
          <w:bCs w:val="1"/>
        </w:rPr>
        <w:t>chapter</w:t>
      </w:r>
      <w:r w:rsidRPr="5ED248B4" w:rsidR="5ED248B4">
        <w:rPr>
          <w:b w:val="1"/>
          <w:bCs w:val="1"/>
        </w:rPr>
        <w:t xml:space="preserve"> problem with a visual aid.</w:t>
      </w:r>
      <w:r w:rsidR="5ED248B4">
        <w:rPr/>
        <w:t xml:space="preserve"> </w:t>
      </w:r>
      <w:r w:rsidR="5ED248B4">
        <w:rPr/>
        <w:t>The visual</w:t>
      </w:r>
      <w:r w:rsidR="5ED248B4">
        <w:rPr/>
        <w:t xml:space="preserve"> aid can be something like a slideshow or flow chart. When creating your visual aid, put yourself in the role of an attorney counseling the client from the chapter problem. Imagine you must explain their immigration options to them, and what sort of visual tools would be helpful to them.</w:t>
      </w:r>
    </w:p>
    <w:p w:rsidRPr="0023361A" w:rsidR="00172E36" w:rsidRDefault="00000000" w14:paraId="312B5DC5" w14:textId="77777777">
      <w:r w:rsidRPr="0023361A">
        <w:br w:type="page"/>
      </w:r>
    </w:p>
    <w:p w:rsidRPr="0023361A" w:rsidR="00047205" w:rsidP="00047205" w:rsidRDefault="00000000" w14:paraId="32F154CC" w14:textId="51AE5E76">
      <w:pPr>
        <w:spacing w:before="240" w:after="120"/>
        <w:rPr>
          <w:b/>
          <w:sz w:val="24"/>
          <w:u w:val="single"/>
        </w:rPr>
      </w:pPr>
      <w:r w:rsidRPr="0023361A">
        <w:rPr>
          <w:b/>
          <w:sz w:val="24"/>
          <w:u w:val="single"/>
        </w:rPr>
        <w:t>Detailed Schedule of Assignments</w:t>
      </w:r>
    </w:p>
    <w:tbl>
      <w:tblPr>
        <w:tblStyle w:val="TableGrid"/>
        <w:tblW w:w="0" w:type="auto"/>
        <w:tblLook w:val="04A0" w:firstRow="1" w:lastRow="0" w:firstColumn="1" w:lastColumn="0" w:noHBand="0" w:noVBand="1"/>
      </w:tblPr>
      <w:tblGrid>
        <w:gridCol w:w="4287"/>
        <w:gridCol w:w="5063"/>
      </w:tblGrid>
      <w:tr w:rsidRPr="0023361A" w:rsidR="00047205" w:rsidTr="5ED248B4" w14:paraId="42273126" w14:textId="77777777">
        <w:tc>
          <w:tcPr>
            <w:tcW w:w="9350" w:type="dxa"/>
            <w:gridSpan w:val="2"/>
            <w:shd w:val="clear" w:color="auto" w:fill="D6E4F0"/>
            <w:tcMar/>
          </w:tcPr>
          <w:p w:rsidRPr="0023361A" w:rsidR="00047205" w:rsidP="00C3319B" w:rsidRDefault="00047205" w14:paraId="6F4EEEAC" w14:textId="77777777">
            <w:pPr>
              <w:spacing w:before="80" w:after="80"/>
            </w:pPr>
            <w:r w:rsidRPr="0023361A">
              <w:rPr>
                <w:b/>
              </w:rPr>
              <w:t>Week 1</w:t>
            </w:r>
          </w:p>
        </w:tc>
      </w:tr>
      <w:tr w:rsidRPr="0023361A" w:rsidR="00047205" w:rsidTr="5ED248B4" w14:paraId="3049DF2C" w14:textId="77777777">
        <w:tc>
          <w:tcPr>
            <w:tcW w:w="4287" w:type="dxa"/>
            <w:tcMar/>
          </w:tcPr>
          <w:p w:rsidRPr="0023361A" w:rsidR="00047205" w:rsidP="00C3319B" w:rsidRDefault="00047205" w14:paraId="74955199" w14:textId="1AFC2EE9">
            <w:pPr>
              <w:spacing w:before="80" w:after="40"/>
            </w:pPr>
            <w:r w:rsidRPr="0023361A">
              <w:rPr>
                <w:b/>
                <w:sz w:val="20"/>
              </w:rPr>
              <w:t>Monday</w:t>
            </w:r>
            <w:r w:rsidRPr="0023361A" w:rsidR="00214796">
              <w:rPr>
                <w:b/>
                <w:sz w:val="20"/>
              </w:rPr>
              <w:t xml:space="preserve">, </w:t>
            </w:r>
            <w:r w:rsidRPr="0023361A">
              <w:rPr>
                <w:b/>
                <w:sz w:val="20"/>
              </w:rPr>
              <w:t>Aug 24</w:t>
            </w:r>
          </w:p>
        </w:tc>
        <w:tc>
          <w:tcPr>
            <w:tcW w:w="5063" w:type="dxa"/>
            <w:tcMar/>
          </w:tcPr>
          <w:p w:rsidRPr="0023361A" w:rsidR="00047205" w:rsidP="00C3319B" w:rsidRDefault="00047205" w14:paraId="1F684FC6" w14:textId="77777777">
            <w:pPr>
              <w:spacing w:after="20"/>
              <w:rPr>
                <w:b/>
                <w:bCs/>
              </w:rPr>
            </w:pPr>
            <w:r w:rsidRPr="0023361A">
              <w:rPr>
                <w:b/>
                <w:bCs/>
                <w:sz w:val="20"/>
              </w:rPr>
              <w:t>Course Introduction</w:t>
            </w:r>
          </w:p>
          <w:p w:rsidRPr="0023361A" w:rsidR="00047205" w:rsidP="00C3319B" w:rsidRDefault="00047205" w14:paraId="7FC915B3" w14:textId="22487064">
            <w:pPr>
              <w:spacing w:after="20"/>
            </w:pPr>
            <w:r w:rsidRPr="0023361A">
              <w:rPr>
                <w:sz w:val="20"/>
              </w:rPr>
              <w:t xml:space="preserve">Visit </w:t>
            </w:r>
            <w:hyperlink w:history="1" r:id="rId8">
              <w:r w:rsidRPr="0023361A">
                <w:rPr>
                  <w:rStyle w:val="Hyperlink"/>
                  <w:sz w:val="20"/>
                </w:rPr>
                <w:t>www.aila.org</w:t>
              </w:r>
            </w:hyperlink>
            <w:r w:rsidRPr="0023361A">
              <w:rPr>
                <w:sz w:val="20"/>
              </w:rPr>
              <w:t>. Read about the organization and register as a student user.</w:t>
            </w:r>
          </w:p>
          <w:p w:rsidRPr="0023361A" w:rsidR="00047205" w:rsidP="00C3319B" w:rsidRDefault="00047205" w14:paraId="60526BC3" w14:textId="211CC8E6">
            <w:pPr>
              <w:spacing w:after="20"/>
            </w:pPr>
            <w:hyperlink w:history="1" r:id="rId9">
              <w:r w:rsidRPr="0023361A">
                <w:rPr>
                  <w:rStyle w:val="Hyperlink"/>
                  <w:sz w:val="20"/>
                </w:rPr>
                <w:t>https://www.aila.org/library/law-student-benefits</w:t>
              </w:r>
            </w:hyperlink>
            <w:r w:rsidRPr="0023361A">
              <w:rPr>
                <w:sz w:val="20"/>
              </w:rPr>
              <w:t xml:space="preserve"> </w:t>
            </w:r>
          </w:p>
          <w:p w:rsidRPr="0023361A" w:rsidR="00047205" w:rsidP="00C3319B" w:rsidRDefault="00047205" w14:paraId="54FCFBB8" w14:textId="6618437B">
            <w:pPr>
              <w:spacing w:after="20"/>
            </w:pPr>
            <w:r w:rsidRPr="0023361A">
              <w:rPr>
                <w:sz w:val="20"/>
              </w:rPr>
              <w:t xml:space="preserve">Visit: </w:t>
            </w:r>
            <w:hyperlink w:history="1" w:anchor="types=fact-sheet" r:id="rId10">
              <w:r w:rsidRPr="0023361A">
                <w:rPr>
                  <w:rStyle w:val="Hyperlink"/>
                  <w:sz w:val="20"/>
                </w:rPr>
                <w:t>https://immigrationforum.org/resources/#types=fact-sheet</w:t>
              </w:r>
            </w:hyperlink>
            <w:r w:rsidRPr="0023361A">
              <w:rPr>
                <w:sz w:val="20"/>
              </w:rPr>
              <w:t xml:space="preserve"> </w:t>
            </w:r>
          </w:p>
          <w:p w:rsidRPr="0023361A" w:rsidR="00047205" w:rsidP="00C3319B" w:rsidRDefault="00047205" w14:paraId="0851A08F" w14:textId="77777777">
            <w:pPr>
              <w:spacing w:after="20"/>
            </w:pPr>
            <w:r w:rsidRPr="0023361A">
              <w:rPr>
                <w:sz w:val="20"/>
              </w:rPr>
              <w:t>Pick two fact sheets that interest you.</w:t>
            </w:r>
          </w:p>
          <w:p w:rsidRPr="0023361A" w:rsidR="00047205" w:rsidP="00C3319B" w:rsidRDefault="00047205" w14:paraId="74C3CA7F" w14:textId="77777777">
            <w:pPr>
              <w:spacing w:after="20"/>
              <w:rPr>
                <w:sz w:val="20"/>
              </w:rPr>
            </w:pPr>
            <w:r w:rsidRPr="0023361A">
              <w:rPr>
                <w:sz w:val="20"/>
              </w:rPr>
              <w:t xml:space="preserve">Textbook Pages </w:t>
            </w:r>
            <w:r w:rsidRPr="0023361A" w:rsidR="00214796">
              <w:rPr>
                <w:sz w:val="20"/>
              </w:rPr>
              <w:t>xxxi-lvii</w:t>
            </w:r>
            <w:r w:rsidRPr="0023361A">
              <w:rPr>
                <w:sz w:val="20"/>
              </w:rPr>
              <w:t>.</w:t>
            </w:r>
          </w:p>
          <w:p w:rsidRPr="0023361A" w:rsidR="00F60CB9" w:rsidP="00C3319B" w:rsidRDefault="00F60CB9" w14:paraId="51AA0AF4" w14:textId="77777777">
            <w:pPr>
              <w:spacing w:after="20"/>
              <w:rPr>
                <w:sz w:val="20"/>
              </w:rPr>
            </w:pPr>
          </w:p>
          <w:p w:rsidRPr="0023361A" w:rsidR="00F60CB9" w:rsidP="00C3319B" w:rsidRDefault="00F60CB9" w14:paraId="70E90E63" w14:textId="75CADC62">
            <w:pPr>
              <w:spacing w:after="20"/>
              <w:rPr>
                <w:sz w:val="20"/>
              </w:rPr>
            </w:pPr>
            <w:r w:rsidRPr="0023361A">
              <w:rPr>
                <w:sz w:val="20"/>
              </w:rPr>
              <w:t>Read problems 0-1 p. xlvi (Introduction to Az-Tech); O-1 p. xlviii (Intro to Celia and Anthony); 0-2 p. liii (Obtaining Student Visa)</w:t>
            </w:r>
          </w:p>
          <w:p w:rsidRPr="0023361A" w:rsidR="000C28EF" w:rsidP="00C3319B" w:rsidRDefault="000C28EF" w14:paraId="254B1161" w14:textId="77777777">
            <w:pPr>
              <w:spacing w:after="20"/>
              <w:rPr>
                <w:sz w:val="20"/>
              </w:rPr>
            </w:pPr>
          </w:p>
          <w:p w:rsidRPr="0023361A" w:rsidR="000C28EF" w:rsidP="00C3319B" w:rsidRDefault="000C28EF" w14:paraId="2618D72A" w14:textId="4A292147">
            <w:pPr>
              <w:spacing w:after="20"/>
              <w:rPr>
                <w:sz w:val="20"/>
              </w:rPr>
            </w:pPr>
            <w:r w:rsidRPr="0023361A">
              <w:rPr>
                <w:sz w:val="20"/>
              </w:rPr>
              <w:t xml:space="preserve">See Blackboard for first day exercise. </w:t>
            </w:r>
          </w:p>
          <w:p w:rsidRPr="0023361A" w:rsidR="000C28EF" w:rsidP="00C3319B" w:rsidRDefault="000C28EF" w14:paraId="3E8931D7" w14:textId="33042453">
            <w:pPr>
              <w:spacing w:after="20"/>
            </w:pPr>
          </w:p>
        </w:tc>
      </w:tr>
      <w:tr w:rsidRPr="0023361A" w:rsidR="00047205" w:rsidTr="5ED248B4" w14:paraId="39D4DC04" w14:textId="77777777">
        <w:tc>
          <w:tcPr>
            <w:tcW w:w="4287" w:type="dxa"/>
            <w:tcMar/>
          </w:tcPr>
          <w:p w:rsidRPr="0023361A" w:rsidR="00047205" w:rsidP="00C3319B" w:rsidRDefault="00047205" w14:paraId="1D035B33" w14:textId="33A58587">
            <w:pPr>
              <w:spacing w:before="80" w:after="40"/>
            </w:pPr>
            <w:r w:rsidRPr="0023361A">
              <w:rPr>
                <w:b/>
                <w:sz w:val="20"/>
              </w:rPr>
              <w:t>Wednesday</w:t>
            </w:r>
            <w:r w:rsidRPr="0023361A" w:rsidR="00214796">
              <w:rPr>
                <w:b/>
                <w:sz w:val="20"/>
              </w:rPr>
              <w:t xml:space="preserve">, </w:t>
            </w:r>
            <w:r w:rsidRPr="0023361A">
              <w:rPr>
                <w:b/>
                <w:sz w:val="20"/>
              </w:rPr>
              <w:t>Aug 26</w:t>
            </w:r>
          </w:p>
        </w:tc>
        <w:tc>
          <w:tcPr>
            <w:tcW w:w="5063" w:type="dxa"/>
            <w:tcMar/>
          </w:tcPr>
          <w:p w:rsidRPr="0023361A" w:rsidR="00047205" w:rsidP="00C3319B" w:rsidRDefault="00047205" w14:paraId="24CE808E" w14:textId="77777777">
            <w:pPr>
              <w:spacing w:after="20"/>
            </w:pPr>
            <w:r w:rsidRPr="0023361A">
              <w:rPr>
                <w:b/>
                <w:sz w:val="20"/>
              </w:rPr>
              <w:t>Constitutional Issues — Foundations of the Immigration Power</w:t>
            </w:r>
          </w:p>
          <w:p w:rsidRPr="0023361A" w:rsidR="00214796" w:rsidP="00C3319B" w:rsidRDefault="00047205" w14:paraId="24ED1EE8" w14:textId="77777777">
            <w:pPr>
              <w:spacing w:after="20"/>
              <w:rPr>
                <w:sz w:val="20"/>
              </w:rPr>
            </w:pPr>
            <w:r w:rsidRPr="0023361A">
              <w:rPr>
                <w:sz w:val="20"/>
              </w:rPr>
              <w:t xml:space="preserve">Textbook Pages </w:t>
            </w:r>
            <w:r w:rsidRPr="0023361A" w:rsidR="00214796">
              <w:rPr>
                <w:sz w:val="20"/>
              </w:rPr>
              <w:t>3-23</w:t>
            </w:r>
          </w:p>
          <w:p w:rsidRPr="0023361A" w:rsidR="00047205" w:rsidP="00214796" w:rsidRDefault="00047205" w14:paraId="60793660" w14:textId="0C86A824">
            <w:pPr>
              <w:pStyle w:val="ListParagraph"/>
              <w:numPr>
                <w:ilvl w:val="0"/>
                <w:numId w:val="15"/>
              </w:numPr>
              <w:spacing w:after="20"/>
            </w:pPr>
            <w:r w:rsidRPr="0023361A">
              <w:rPr>
                <w:sz w:val="20"/>
              </w:rPr>
              <w:t xml:space="preserve">Focus on: </w:t>
            </w:r>
            <w:r w:rsidRPr="0023361A">
              <w:rPr>
                <w:i/>
                <w:iCs/>
                <w:sz w:val="20"/>
              </w:rPr>
              <w:t>Chae Chang Ping</w:t>
            </w:r>
            <w:r w:rsidRPr="0023361A">
              <w:rPr>
                <w:sz w:val="20"/>
              </w:rPr>
              <w:t xml:space="preserve"> and </w:t>
            </w:r>
            <w:r w:rsidRPr="0023361A">
              <w:rPr>
                <w:i/>
                <w:iCs/>
                <w:sz w:val="20"/>
              </w:rPr>
              <w:t>Fong Yue Ting</w:t>
            </w:r>
          </w:p>
          <w:p w:rsidRPr="0023361A" w:rsidR="00047205" w:rsidP="00C3319B" w:rsidRDefault="00047205" w14:paraId="2527DBC4" w14:textId="317A742B">
            <w:pPr>
              <w:spacing w:after="20"/>
            </w:pPr>
            <w:r w:rsidRPr="0023361A">
              <w:rPr>
                <w:sz w:val="20"/>
              </w:rPr>
              <w:t>Problem 1-1</w:t>
            </w:r>
            <w:r w:rsidRPr="0023361A" w:rsidR="00E53586">
              <w:rPr>
                <w:sz w:val="20"/>
              </w:rPr>
              <w:t xml:space="preserve"> p. 3 (Scope of Federal Power)</w:t>
            </w:r>
          </w:p>
          <w:p w:rsidRPr="0023361A" w:rsidR="00214796" w:rsidP="00C3319B" w:rsidRDefault="00047205" w14:paraId="69E81E4F" w14:textId="48EBC8D4">
            <w:pPr>
              <w:spacing w:after="20"/>
              <w:rPr>
                <w:sz w:val="20"/>
              </w:rPr>
            </w:pPr>
            <w:r w:rsidRPr="0023361A">
              <w:rPr>
                <w:sz w:val="20"/>
              </w:rPr>
              <w:t>Questions</w:t>
            </w:r>
            <w:r w:rsidRPr="0023361A" w:rsidR="00214796">
              <w:rPr>
                <w:sz w:val="20"/>
              </w:rPr>
              <w:t>:</w:t>
            </w:r>
          </w:p>
          <w:p w:rsidRPr="0023361A" w:rsidR="00047205" w:rsidP="00214796" w:rsidRDefault="00047205" w14:paraId="37FB2C07" w14:textId="034EED40">
            <w:pPr>
              <w:pStyle w:val="ListParagraph"/>
              <w:numPr>
                <w:ilvl w:val="0"/>
                <w:numId w:val="14"/>
              </w:numPr>
              <w:spacing w:after="20"/>
            </w:pPr>
            <w:r w:rsidRPr="0023361A">
              <w:rPr>
                <w:sz w:val="20"/>
              </w:rPr>
              <w:t>Can you find express immigration power in the Constitution?</w:t>
            </w:r>
          </w:p>
        </w:tc>
      </w:tr>
      <w:tr w:rsidRPr="0023361A" w:rsidR="00047205" w:rsidTr="5ED248B4" w14:paraId="1CD97D1E" w14:textId="77777777">
        <w:tc>
          <w:tcPr>
            <w:tcW w:w="9350" w:type="dxa"/>
            <w:gridSpan w:val="2"/>
            <w:shd w:val="clear" w:color="auto" w:fill="D6E4F0"/>
            <w:tcMar/>
          </w:tcPr>
          <w:p w:rsidRPr="0023361A" w:rsidR="00047205" w:rsidP="00C3319B" w:rsidRDefault="00047205" w14:paraId="36094644" w14:textId="77777777">
            <w:pPr>
              <w:spacing w:before="80" w:after="80"/>
            </w:pPr>
            <w:r w:rsidRPr="0023361A">
              <w:rPr>
                <w:b/>
              </w:rPr>
              <w:t>Week 2</w:t>
            </w:r>
          </w:p>
        </w:tc>
      </w:tr>
      <w:tr w:rsidRPr="0023361A" w:rsidR="00047205" w:rsidTr="5ED248B4" w14:paraId="50E8EDDF" w14:textId="77777777">
        <w:tc>
          <w:tcPr>
            <w:tcW w:w="4287" w:type="dxa"/>
            <w:tcMar/>
          </w:tcPr>
          <w:p w:rsidRPr="0023361A" w:rsidR="00047205" w:rsidP="00C3319B" w:rsidRDefault="00047205" w14:paraId="5EA19647" w14:textId="61D776E6">
            <w:pPr>
              <w:spacing w:before="80" w:after="40"/>
            </w:pPr>
            <w:r w:rsidRPr="0023361A">
              <w:rPr>
                <w:b/>
                <w:sz w:val="20"/>
              </w:rPr>
              <w:t>Monday</w:t>
            </w:r>
            <w:r w:rsidRPr="0023361A" w:rsidR="00214796">
              <w:rPr>
                <w:b/>
                <w:sz w:val="20"/>
              </w:rPr>
              <w:t xml:space="preserve">, </w:t>
            </w:r>
            <w:r w:rsidRPr="0023361A">
              <w:rPr>
                <w:b/>
                <w:sz w:val="20"/>
              </w:rPr>
              <w:t>Aug 31</w:t>
            </w:r>
          </w:p>
        </w:tc>
        <w:tc>
          <w:tcPr>
            <w:tcW w:w="5063" w:type="dxa"/>
            <w:tcMar/>
          </w:tcPr>
          <w:p w:rsidRPr="0023361A" w:rsidR="00047205" w:rsidP="00C3319B" w:rsidRDefault="00047205" w14:paraId="780F0C57" w14:textId="77777777">
            <w:pPr>
              <w:spacing w:after="20"/>
            </w:pPr>
            <w:r w:rsidRPr="0023361A">
              <w:rPr>
                <w:b/>
                <w:sz w:val="20"/>
              </w:rPr>
              <w:t>Employer Sanctions</w:t>
            </w:r>
          </w:p>
          <w:p w:rsidRPr="0023361A" w:rsidR="00047205" w:rsidP="00C3319B" w:rsidRDefault="00047205" w14:paraId="74594AAE" w14:textId="2363AF14">
            <w:pPr>
              <w:spacing w:after="20"/>
            </w:pPr>
            <w:r w:rsidRPr="0023361A">
              <w:rPr>
                <w:sz w:val="20"/>
              </w:rPr>
              <w:t xml:space="preserve">Textbook Pages </w:t>
            </w:r>
            <w:r w:rsidRPr="0023361A" w:rsidR="00214796">
              <w:rPr>
                <w:sz w:val="20"/>
              </w:rPr>
              <w:t>23-30, 35-49, 52-53</w:t>
            </w:r>
          </w:p>
          <w:p w:rsidRPr="0023361A" w:rsidR="00047205" w:rsidP="00C3319B" w:rsidRDefault="00047205" w14:paraId="2092F6C4" w14:textId="77777777">
            <w:pPr>
              <w:spacing w:after="20"/>
            </w:pPr>
            <w:r w:rsidRPr="0023361A">
              <w:rPr>
                <w:sz w:val="20"/>
              </w:rPr>
              <w:t xml:space="preserve">     – </w:t>
            </w:r>
            <w:r w:rsidRPr="0023361A">
              <w:rPr>
                <w:i/>
                <w:iCs/>
                <w:sz w:val="20"/>
              </w:rPr>
              <w:t xml:space="preserve">Arizona v. United States </w:t>
            </w:r>
            <w:r w:rsidRPr="0023361A">
              <w:rPr>
                <w:sz w:val="20"/>
              </w:rPr>
              <w:t>(2012)</w:t>
            </w:r>
          </w:p>
          <w:p w:rsidRPr="0023361A" w:rsidR="00047205" w:rsidP="00C3319B" w:rsidRDefault="00047205" w14:paraId="411172ED" w14:textId="381F486B">
            <w:pPr>
              <w:spacing w:after="20"/>
            </w:pPr>
            <w:r w:rsidRPr="0023361A">
              <w:rPr>
                <w:sz w:val="20"/>
              </w:rPr>
              <w:t xml:space="preserve">     – </w:t>
            </w:r>
            <w:r w:rsidRPr="0023361A" w:rsidR="00214796">
              <w:rPr>
                <w:i/>
                <w:iCs/>
                <w:sz w:val="20"/>
              </w:rPr>
              <w:t>United States v. Texas</w:t>
            </w:r>
            <w:r w:rsidRPr="0023361A" w:rsidR="00214796">
              <w:rPr>
                <w:sz w:val="20"/>
              </w:rPr>
              <w:t xml:space="preserve"> (2024)</w:t>
            </w:r>
          </w:p>
          <w:p w:rsidRPr="0023361A" w:rsidR="00047205" w:rsidP="00C3319B" w:rsidRDefault="00047205" w14:paraId="5572D101" w14:textId="77777777">
            <w:pPr>
              <w:spacing w:after="20"/>
            </w:pPr>
            <w:r w:rsidRPr="0023361A">
              <w:rPr>
                <w:sz w:val="20"/>
              </w:rPr>
              <w:t>INA §§ 274A, 274B</w:t>
            </w:r>
          </w:p>
          <w:p w:rsidRPr="0023361A" w:rsidR="00047205" w:rsidP="00C3319B" w:rsidRDefault="00047205" w14:paraId="30C8E436" w14:textId="2000F91C">
            <w:pPr>
              <w:spacing w:after="20"/>
            </w:pPr>
            <w:r w:rsidRPr="0023361A">
              <w:rPr>
                <w:sz w:val="20"/>
              </w:rPr>
              <w:t>Problem</w:t>
            </w:r>
            <w:r w:rsidRPr="0023361A" w:rsidR="0036343F">
              <w:rPr>
                <w:sz w:val="20"/>
              </w:rPr>
              <w:t>s</w:t>
            </w:r>
            <w:r w:rsidRPr="0023361A">
              <w:rPr>
                <w:sz w:val="20"/>
              </w:rPr>
              <w:t xml:space="preserve"> 1-</w:t>
            </w:r>
            <w:r w:rsidRPr="0023361A" w:rsidR="00214796">
              <w:rPr>
                <w:sz w:val="20"/>
              </w:rPr>
              <w:t>2</w:t>
            </w:r>
            <w:r w:rsidRPr="0023361A" w:rsidR="003D3CC2">
              <w:rPr>
                <w:sz w:val="20"/>
              </w:rPr>
              <w:t xml:space="preserve"> p. 30 (I-9 Audit)</w:t>
            </w:r>
            <w:r w:rsidRPr="0023361A">
              <w:rPr>
                <w:sz w:val="20"/>
              </w:rPr>
              <w:t>, 1-</w:t>
            </w:r>
            <w:r w:rsidRPr="0023361A" w:rsidR="00214796">
              <w:rPr>
                <w:sz w:val="20"/>
              </w:rPr>
              <w:t>3</w:t>
            </w:r>
            <w:r w:rsidRPr="0023361A" w:rsidR="003D3CC2">
              <w:rPr>
                <w:sz w:val="20"/>
              </w:rPr>
              <w:t xml:space="preserve"> p. 35 (Advising Az-Tech: State and Federal Regulation)</w:t>
            </w:r>
          </w:p>
          <w:p w:rsidRPr="0023361A" w:rsidR="00047205" w:rsidP="00C3319B" w:rsidRDefault="00047205" w14:paraId="25E7C515" w14:textId="183F2143">
            <w:pPr>
              <w:spacing w:after="20"/>
            </w:pPr>
            <w:r w:rsidRPr="0023361A">
              <w:rPr>
                <w:sz w:val="20"/>
              </w:rPr>
              <w:t>Questions</w:t>
            </w:r>
            <w:r w:rsidRPr="0023361A" w:rsidR="00214796">
              <w:rPr>
                <w:sz w:val="20"/>
              </w:rPr>
              <w:t>:</w:t>
            </w:r>
          </w:p>
          <w:p w:rsidRPr="0023361A" w:rsidR="00047205" w:rsidP="00214796" w:rsidRDefault="00047205" w14:paraId="2980E549" w14:textId="2D694526">
            <w:pPr>
              <w:pStyle w:val="ListParagraph"/>
              <w:numPr>
                <w:ilvl w:val="0"/>
                <w:numId w:val="14"/>
              </w:numPr>
              <w:spacing w:after="20"/>
            </w:pPr>
            <w:r w:rsidRPr="0023361A">
              <w:rPr>
                <w:sz w:val="20"/>
              </w:rPr>
              <w:t>What is harboring? Who can be prosecuted?</w:t>
            </w:r>
            <w:r w:rsidRPr="0023361A" w:rsidR="00214796">
              <w:rPr>
                <w:sz w:val="20"/>
              </w:rPr>
              <w:t xml:space="preserve"> </w:t>
            </w:r>
            <w:r w:rsidRPr="0023361A">
              <w:rPr>
                <w:sz w:val="20"/>
              </w:rPr>
              <w:t>Check Blackboard for new “Alien Registration” materials, see INA § 260.</w:t>
            </w:r>
          </w:p>
        </w:tc>
      </w:tr>
      <w:tr w:rsidRPr="0023361A" w:rsidR="00047205" w:rsidTr="5ED248B4" w14:paraId="3B03386E" w14:textId="77777777">
        <w:tc>
          <w:tcPr>
            <w:tcW w:w="4287" w:type="dxa"/>
            <w:tcMar/>
          </w:tcPr>
          <w:p w:rsidRPr="0023361A" w:rsidR="00047205" w:rsidP="00C3319B" w:rsidRDefault="00047205" w14:paraId="12FA6160" w14:textId="462E89F7">
            <w:pPr>
              <w:spacing w:before="80" w:after="40"/>
            </w:pPr>
            <w:r w:rsidRPr="0023361A">
              <w:rPr>
                <w:b/>
                <w:sz w:val="20"/>
              </w:rPr>
              <w:t>Wednesday</w:t>
            </w:r>
            <w:r w:rsidRPr="0023361A" w:rsidR="00214796">
              <w:rPr>
                <w:b/>
                <w:sz w:val="20"/>
              </w:rPr>
              <w:t xml:space="preserve">, </w:t>
            </w:r>
            <w:r w:rsidRPr="0023361A">
              <w:rPr>
                <w:b/>
                <w:sz w:val="20"/>
              </w:rPr>
              <w:t>Sep</w:t>
            </w:r>
            <w:r w:rsidRPr="0023361A" w:rsidR="00214796">
              <w:rPr>
                <w:b/>
                <w:sz w:val="20"/>
              </w:rPr>
              <w:t>t</w:t>
            </w:r>
            <w:r w:rsidRPr="0023361A">
              <w:rPr>
                <w:b/>
                <w:sz w:val="20"/>
              </w:rPr>
              <w:t xml:space="preserve"> 2</w:t>
            </w:r>
          </w:p>
        </w:tc>
        <w:tc>
          <w:tcPr>
            <w:tcW w:w="5063" w:type="dxa"/>
            <w:tcMar/>
          </w:tcPr>
          <w:p w:rsidRPr="0023361A" w:rsidR="00047205" w:rsidP="00C3319B" w:rsidRDefault="00047205" w14:paraId="2A765FCA" w14:textId="77777777">
            <w:pPr>
              <w:spacing w:after="20"/>
            </w:pPr>
            <w:r w:rsidRPr="0023361A">
              <w:rPr>
                <w:b/>
                <w:sz w:val="20"/>
              </w:rPr>
              <w:t>Federalism and Immigration</w:t>
            </w:r>
          </w:p>
          <w:p w:rsidRPr="0023361A" w:rsidR="00047205" w:rsidP="00C3319B" w:rsidRDefault="00047205" w14:paraId="1A459FE7" w14:textId="77777777">
            <w:pPr>
              <w:spacing w:after="20"/>
            </w:pPr>
            <w:r w:rsidRPr="0023361A">
              <w:rPr>
                <w:i/>
                <w:iCs/>
                <w:sz w:val="20"/>
              </w:rPr>
              <w:t>United States v. State of Illinois</w:t>
            </w:r>
            <w:r w:rsidRPr="0023361A">
              <w:rPr>
                <w:sz w:val="20"/>
              </w:rPr>
              <w:t xml:space="preserve"> (On Blackboard)</w:t>
            </w:r>
          </w:p>
          <w:p w:rsidRPr="0023361A" w:rsidR="00047205" w:rsidP="00C3319B" w:rsidRDefault="00047205" w14:paraId="7C141A62" w14:textId="77777777">
            <w:pPr>
              <w:spacing w:after="20"/>
            </w:pPr>
            <w:r w:rsidRPr="0023361A">
              <w:rPr>
                <w:sz w:val="20"/>
              </w:rPr>
              <w:t>Optional: read the US DOJ complaint against NYC</w:t>
            </w:r>
          </w:p>
          <w:p w:rsidRPr="0023361A" w:rsidR="00214796" w:rsidP="00C3319B" w:rsidRDefault="00047205" w14:paraId="2A452E05" w14:textId="46FA5C57">
            <w:pPr>
              <w:spacing w:after="20"/>
              <w:rPr>
                <w:sz w:val="20"/>
              </w:rPr>
            </w:pPr>
            <w:r w:rsidRPr="0023361A">
              <w:rPr>
                <w:sz w:val="20"/>
              </w:rPr>
              <w:t xml:space="preserve">Optional Reading: Textbook Pages </w:t>
            </w:r>
            <w:r w:rsidRPr="0023361A" w:rsidR="00214796">
              <w:rPr>
                <w:sz w:val="20"/>
              </w:rPr>
              <w:t>56-62, Problem 1-</w:t>
            </w:r>
            <w:proofErr w:type="gramStart"/>
            <w:r w:rsidRPr="0023361A" w:rsidR="00214796">
              <w:rPr>
                <w:sz w:val="20"/>
              </w:rPr>
              <w:t xml:space="preserve">4 </w:t>
            </w:r>
            <w:r w:rsidRPr="0023361A" w:rsidR="009451CE">
              <w:rPr>
                <w:sz w:val="20"/>
              </w:rPr>
              <w:t xml:space="preserve"> p.</w:t>
            </w:r>
            <w:proofErr w:type="gramEnd"/>
            <w:r w:rsidRPr="0023361A" w:rsidR="009451CE">
              <w:rPr>
                <w:sz w:val="20"/>
              </w:rPr>
              <w:t xml:space="preserve"> 56 (The Power of States)</w:t>
            </w:r>
          </w:p>
        </w:tc>
      </w:tr>
      <w:tr w:rsidRPr="0023361A" w:rsidR="00047205" w:rsidTr="5ED248B4" w14:paraId="4A50E5AD" w14:textId="77777777">
        <w:tc>
          <w:tcPr>
            <w:tcW w:w="9350" w:type="dxa"/>
            <w:gridSpan w:val="2"/>
            <w:shd w:val="clear" w:color="auto" w:fill="D6E4F0"/>
            <w:tcMar/>
          </w:tcPr>
          <w:p w:rsidRPr="0023361A" w:rsidR="00047205" w:rsidP="00C3319B" w:rsidRDefault="00047205" w14:paraId="059899CC" w14:textId="77777777">
            <w:pPr>
              <w:spacing w:before="80" w:after="80"/>
            </w:pPr>
            <w:r w:rsidRPr="0023361A">
              <w:rPr>
                <w:b/>
              </w:rPr>
              <w:t>Week 3</w:t>
            </w:r>
          </w:p>
        </w:tc>
      </w:tr>
      <w:tr w:rsidRPr="0023361A" w:rsidR="00047205" w:rsidTr="5ED248B4" w14:paraId="0E470E8B" w14:textId="77777777">
        <w:tc>
          <w:tcPr>
            <w:tcW w:w="4287" w:type="dxa"/>
            <w:shd w:val="clear" w:color="auto" w:fill="F5F5F5"/>
            <w:tcMar/>
          </w:tcPr>
          <w:p w:rsidRPr="0023361A" w:rsidR="00047205" w:rsidP="00C3319B" w:rsidRDefault="00047205" w14:paraId="3E462213" w14:textId="74B85D1F">
            <w:pPr>
              <w:spacing w:before="80" w:after="40"/>
            </w:pPr>
            <w:r w:rsidRPr="5ED248B4" w:rsidR="5ED248B4">
              <w:rPr>
                <w:b w:val="1"/>
                <w:bCs w:val="1"/>
                <w:sz w:val="20"/>
                <w:szCs w:val="20"/>
              </w:rPr>
              <w:t>Monday</w:t>
            </w:r>
            <w:r w:rsidRPr="5ED248B4" w:rsidR="5ED248B4">
              <w:rPr>
                <w:b w:val="1"/>
                <w:bCs w:val="1"/>
                <w:sz w:val="20"/>
                <w:szCs w:val="20"/>
              </w:rPr>
              <w:t xml:space="preserve">, </w:t>
            </w:r>
            <w:r w:rsidRPr="5ED248B4" w:rsidR="5ED248B4">
              <w:rPr>
                <w:b w:val="1"/>
                <w:bCs w:val="1"/>
                <w:sz w:val="20"/>
                <w:szCs w:val="20"/>
              </w:rPr>
              <w:t>Sep</w:t>
            </w:r>
            <w:r w:rsidRPr="5ED248B4" w:rsidR="5ED248B4">
              <w:rPr>
                <w:b w:val="1"/>
                <w:bCs w:val="1"/>
                <w:sz w:val="20"/>
                <w:szCs w:val="20"/>
              </w:rPr>
              <w:t>t</w:t>
            </w:r>
            <w:r w:rsidRPr="5ED248B4" w:rsidR="5ED248B4">
              <w:rPr>
                <w:b w:val="1"/>
                <w:bCs w:val="1"/>
                <w:sz w:val="20"/>
                <w:szCs w:val="20"/>
              </w:rPr>
              <w:t xml:space="preserve"> 7</w:t>
            </w:r>
          </w:p>
          <w:p w:rsidRPr="0023361A" w:rsidR="00047205" w:rsidP="5ED248B4" w:rsidRDefault="00047205" w14:paraId="31C2309A" w14:textId="1A63E7F8">
            <w:pPr>
              <w:spacing w:before="80" w:after="40"/>
              <w:rPr>
                <w:b w:val="1"/>
                <w:bCs w:val="1"/>
                <w:sz w:val="20"/>
                <w:szCs w:val="20"/>
              </w:rPr>
            </w:pPr>
          </w:p>
          <w:p w:rsidRPr="0023361A" w:rsidR="00047205" w:rsidP="5ED248B4" w:rsidRDefault="00047205" w14:paraId="1C87EB07" w14:textId="6A0CBF98">
            <w:pPr>
              <w:spacing w:before="80" w:after="40"/>
              <w:rPr>
                <w:b w:val="1"/>
                <w:bCs w:val="1"/>
                <w:sz w:val="20"/>
                <w:szCs w:val="20"/>
              </w:rPr>
            </w:pPr>
          </w:p>
        </w:tc>
        <w:tc>
          <w:tcPr>
            <w:tcW w:w="5063" w:type="dxa"/>
            <w:shd w:val="clear" w:color="auto" w:fill="F5F5F5"/>
            <w:tcMar/>
          </w:tcPr>
          <w:p w:rsidRPr="0023361A" w:rsidR="00047205" w:rsidP="00C3319B" w:rsidRDefault="00047205" w14:paraId="25502278" w14:textId="77777777">
            <w:pPr>
              <w:spacing w:after="20"/>
              <w:rPr>
                <w:b/>
                <w:bCs/>
              </w:rPr>
            </w:pPr>
            <w:r w:rsidRPr="0023361A">
              <w:rPr>
                <w:b/>
                <w:bCs/>
                <w:sz w:val="20"/>
              </w:rPr>
              <w:t>NO CLASS — Labor Day</w:t>
            </w:r>
          </w:p>
        </w:tc>
      </w:tr>
      <w:tr w:rsidRPr="0023361A" w:rsidR="00047205" w:rsidTr="5ED248B4" w14:paraId="01FCE490" w14:textId="77777777">
        <w:tc>
          <w:tcPr>
            <w:tcW w:w="4287" w:type="dxa"/>
            <w:tcMar/>
          </w:tcPr>
          <w:p w:rsidRPr="0023361A" w:rsidR="00047205" w:rsidP="00C3319B" w:rsidRDefault="00047205" w14:paraId="57059FC5" w14:textId="101E4851">
            <w:pPr>
              <w:spacing w:before="80" w:after="40"/>
            </w:pPr>
            <w:r w:rsidRPr="0023361A">
              <w:rPr>
                <w:b/>
                <w:sz w:val="20"/>
              </w:rPr>
              <w:t>Wednesday</w:t>
            </w:r>
            <w:r w:rsidRPr="0023361A" w:rsidR="00214796">
              <w:rPr>
                <w:b/>
                <w:sz w:val="20"/>
              </w:rPr>
              <w:t xml:space="preserve">, </w:t>
            </w:r>
            <w:r w:rsidRPr="0023361A">
              <w:rPr>
                <w:b/>
                <w:sz w:val="20"/>
              </w:rPr>
              <w:t>Sep</w:t>
            </w:r>
            <w:r w:rsidRPr="0023361A" w:rsidR="00214796">
              <w:rPr>
                <w:b/>
                <w:sz w:val="20"/>
              </w:rPr>
              <w:t>t</w:t>
            </w:r>
            <w:r w:rsidRPr="0023361A">
              <w:rPr>
                <w:b/>
                <w:sz w:val="20"/>
              </w:rPr>
              <w:t xml:space="preserve"> 9</w:t>
            </w:r>
          </w:p>
        </w:tc>
        <w:tc>
          <w:tcPr>
            <w:tcW w:w="5063" w:type="dxa"/>
            <w:tcMar/>
          </w:tcPr>
          <w:p w:rsidRPr="0023361A" w:rsidR="00047205" w:rsidP="00C3319B" w:rsidRDefault="00047205" w14:paraId="0DCF2807" w14:textId="77777777">
            <w:pPr>
              <w:spacing w:after="20"/>
              <w:rPr>
                <w:sz w:val="20"/>
                <w:szCs w:val="20"/>
              </w:rPr>
            </w:pPr>
            <w:r w:rsidRPr="0023361A">
              <w:rPr>
                <w:b/>
                <w:sz w:val="20"/>
                <w:szCs w:val="20"/>
              </w:rPr>
              <w:t>Who is a Citizen? Reading the Constitution.</w:t>
            </w:r>
          </w:p>
          <w:p w:rsidRPr="0023361A" w:rsidR="00047205" w:rsidP="00C3319B" w:rsidRDefault="00047205" w14:paraId="1C165E55" w14:textId="77777777">
            <w:pPr>
              <w:spacing w:after="20"/>
              <w:rPr>
                <w:sz w:val="20"/>
                <w:szCs w:val="20"/>
              </w:rPr>
            </w:pPr>
            <w:r w:rsidRPr="0023361A">
              <w:rPr>
                <w:sz w:val="20"/>
                <w:szCs w:val="20"/>
              </w:rPr>
              <w:t>INA § 301</w:t>
            </w:r>
          </w:p>
          <w:p w:rsidRPr="0023361A" w:rsidR="00214796" w:rsidP="00C3319B" w:rsidRDefault="00214796" w14:paraId="77A824CC" w14:textId="5195C8B7">
            <w:pPr>
              <w:spacing w:after="20"/>
              <w:rPr>
                <w:sz w:val="20"/>
                <w:szCs w:val="20"/>
              </w:rPr>
            </w:pPr>
            <w:r w:rsidRPr="0023361A">
              <w:rPr>
                <w:sz w:val="20"/>
                <w:szCs w:val="20"/>
              </w:rPr>
              <w:t>Textbook Pages 747-766</w:t>
            </w:r>
          </w:p>
          <w:p w:rsidRPr="0023361A" w:rsidR="00214796" w:rsidP="00214796" w:rsidRDefault="00B27D2F" w14:paraId="51BEEAAA" w14:textId="366E0FE6">
            <w:pPr>
              <w:pStyle w:val="ListParagraph"/>
              <w:numPr>
                <w:ilvl w:val="0"/>
                <w:numId w:val="14"/>
              </w:numPr>
              <w:spacing w:after="20"/>
              <w:rPr>
                <w:sz w:val="20"/>
                <w:szCs w:val="20"/>
              </w:rPr>
            </w:pPr>
            <w:r w:rsidRPr="0023361A">
              <w:rPr>
                <w:sz w:val="20"/>
                <w:szCs w:val="20"/>
              </w:rPr>
              <w:t xml:space="preserve">Skim </w:t>
            </w:r>
            <w:r w:rsidRPr="0023361A" w:rsidR="00214796">
              <w:rPr>
                <w:i/>
                <w:iCs/>
                <w:sz w:val="20"/>
                <w:szCs w:val="20"/>
              </w:rPr>
              <w:t>Washington v. Trump</w:t>
            </w:r>
            <w:r w:rsidRPr="0023361A" w:rsidR="00214796">
              <w:rPr>
                <w:sz w:val="20"/>
                <w:szCs w:val="20"/>
              </w:rPr>
              <w:t xml:space="preserve"> (2025)</w:t>
            </w:r>
          </w:p>
          <w:p w:rsidRPr="0023361A" w:rsidR="00B27D2F" w:rsidP="00214796" w:rsidRDefault="00B27D2F" w14:paraId="3030E3F8" w14:textId="0E64A358">
            <w:pPr>
              <w:pStyle w:val="ListParagraph"/>
              <w:numPr>
                <w:ilvl w:val="0"/>
                <w:numId w:val="14"/>
              </w:numPr>
              <w:spacing w:after="20"/>
              <w:rPr>
                <w:sz w:val="20"/>
                <w:szCs w:val="20"/>
              </w:rPr>
            </w:pPr>
            <w:r w:rsidRPr="0023361A">
              <w:rPr>
                <w:sz w:val="20"/>
                <w:szCs w:val="20"/>
              </w:rPr>
              <w:t xml:space="preserve">Read </w:t>
            </w:r>
            <w:r w:rsidRPr="0023361A">
              <w:rPr>
                <w:i/>
                <w:iCs/>
                <w:sz w:val="20"/>
                <w:szCs w:val="20"/>
              </w:rPr>
              <w:t xml:space="preserve">Trump v. Barbara </w:t>
            </w:r>
            <w:r w:rsidRPr="0023361A">
              <w:rPr>
                <w:sz w:val="20"/>
                <w:szCs w:val="20"/>
              </w:rPr>
              <w:t>(2026) (on Blackboard)</w:t>
            </w:r>
          </w:p>
          <w:p w:rsidRPr="0023361A" w:rsidR="00047205" w:rsidP="00B27D2F" w:rsidRDefault="00047205" w14:paraId="4126A10A" w14:textId="124FCAF9">
            <w:pPr>
              <w:spacing w:after="20"/>
              <w:rPr>
                <w:sz w:val="20"/>
                <w:szCs w:val="20"/>
              </w:rPr>
            </w:pPr>
            <w:r w:rsidRPr="0023361A">
              <w:rPr>
                <w:sz w:val="20"/>
                <w:szCs w:val="20"/>
              </w:rPr>
              <w:t xml:space="preserve">Problem </w:t>
            </w:r>
            <w:r w:rsidRPr="0023361A" w:rsidR="00214796">
              <w:rPr>
                <w:sz w:val="20"/>
                <w:szCs w:val="20"/>
              </w:rPr>
              <w:t>10-2</w:t>
            </w:r>
            <w:r w:rsidRPr="0023361A" w:rsidR="00DD419A">
              <w:rPr>
                <w:sz w:val="20"/>
                <w:szCs w:val="20"/>
              </w:rPr>
              <w:t xml:space="preserve"> p. 749 (Celia and Birthright Citizenship)</w:t>
            </w:r>
          </w:p>
        </w:tc>
      </w:tr>
      <w:tr w:rsidRPr="0023361A" w:rsidR="00047205" w:rsidTr="5ED248B4" w14:paraId="6CAD0A53" w14:textId="77777777">
        <w:tc>
          <w:tcPr>
            <w:tcW w:w="9350" w:type="dxa"/>
            <w:gridSpan w:val="2"/>
            <w:shd w:val="clear" w:color="auto" w:fill="D6E4F0"/>
            <w:tcMar/>
          </w:tcPr>
          <w:p w:rsidRPr="0023361A" w:rsidR="00047205" w:rsidP="00C3319B" w:rsidRDefault="00047205" w14:paraId="5DD91950" w14:textId="77777777">
            <w:pPr>
              <w:spacing w:before="80" w:after="80"/>
            </w:pPr>
            <w:r w:rsidRPr="0023361A">
              <w:rPr>
                <w:b/>
              </w:rPr>
              <w:t>Week 4</w:t>
            </w:r>
          </w:p>
        </w:tc>
      </w:tr>
      <w:tr w:rsidRPr="0023361A" w:rsidR="00047205" w:rsidTr="5ED248B4" w14:paraId="4AD93658" w14:textId="77777777">
        <w:tc>
          <w:tcPr>
            <w:tcW w:w="4287" w:type="dxa"/>
            <w:tcMar/>
          </w:tcPr>
          <w:p w:rsidRPr="0023361A" w:rsidR="00047205" w:rsidP="00C3319B" w:rsidRDefault="00047205" w14:paraId="4571F116" w14:textId="74C90BCA">
            <w:pPr>
              <w:spacing w:before="80" w:after="40"/>
            </w:pPr>
            <w:r w:rsidRPr="0023361A">
              <w:rPr>
                <w:b/>
                <w:sz w:val="20"/>
              </w:rPr>
              <w:t>Monday</w:t>
            </w:r>
            <w:r w:rsidRPr="0023361A" w:rsidR="00214796">
              <w:rPr>
                <w:b/>
                <w:sz w:val="20"/>
              </w:rPr>
              <w:t xml:space="preserve">, </w:t>
            </w:r>
            <w:r w:rsidRPr="0023361A">
              <w:rPr>
                <w:b/>
                <w:sz w:val="20"/>
              </w:rPr>
              <w:t>Sep</w:t>
            </w:r>
            <w:r w:rsidRPr="0023361A" w:rsidR="00214796">
              <w:rPr>
                <w:b/>
                <w:sz w:val="20"/>
              </w:rPr>
              <w:t>t</w:t>
            </w:r>
            <w:r w:rsidRPr="0023361A">
              <w:rPr>
                <w:b/>
                <w:sz w:val="20"/>
              </w:rPr>
              <w:t xml:space="preserve"> 14</w:t>
            </w:r>
          </w:p>
        </w:tc>
        <w:tc>
          <w:tcPr>
            <w:tcW w:w="5063" w:type="dxa"/>
            <w:tcMar/>
          </w:tcPr>
          <w:p w:rsidRPr="0023361A" w:rsidR="007420AF" w:rsidP="007420AF" w:rsidRDefault="007420AF" w14:paraId="3CC99F3F" w14:textId="6677C6A6">
            <w:pPr>
              <w:spacing w:after="20"/>
            </w:pPr>
            <w:r w:rsidRPr="0023361A">
              <w:rPr>
                <w:b/>
                <w:sz w:val="20"/>
              </w:rPr>
              <w:t>Rights at the Border</w:t>
            </w:r>
          </w:p>
          <w:p w:rsidRPr="0023361A" w:rsidR="007420AF" w:rsidP="007420AF" w:rsidRDefault="007420AF" w14:paraId="1DEF0C28" w14:textId="77777777">
            <w:pPr>
              <w:spacing w:after="20"/>
              <w:rPr>
                <w:sz w:val="20"/>
              </w:rPr>
            </w:pPr>
            <w:r w:rsidRPr="0023361A">
              <w:rPr>
                <w:sz w:val="20"/>
              </w:rPr>
              <w:t>Textbook Pages 67-94</w:t>
            </w:r>
          </w:p>
          <w:p w:rsidRPr="0023361A" w:rsidR="007420AF" w:rsidP="007420AF" w:rsidRDefault="007420AF" w14:paraId="76B20CF4" w14:textId="1430F457">
            <w:pPr>
              <w:pStyle w:val="ListParagraph"/>
              <w:numPr>
                <w:ilvl w:val="0"/>
                <w:numId w:val="14"/>
              </w:numPr>
              <w:spacing w:after="20"/>
            </w:pPr>
            <w:r w:rsidRPr="0023361A">
              <w:rPr>
                <w:sz w:val="20"/>
              </w:rPr>
              <w:t xml:space="preserve">Read </w:t>
            </w:r>
            <w:proofErr w:type="spellStart"/>
            <w:r w:rsidRPr="0023361A">
              <w:rPr>
                <w:i/>
                <w:iCs/>
                <w:sz w:val="20"/>
              </w:rPr>
              <w:t>Yamataya</w:t>
            </w:r>
            <w:proofErr w:type="spellEnd"/>
            <w:r w:rsidRPr="0023361A">
              <w:rPr>
                <w:i/>
                <w:iCs/>
                <w:sz w:val="20"/>
              </w:rPr>
              <w:t xml:space="preserve"> v. Fischer</w:t>
            </w:r>
            <w:r w:rsidRPr="0023361A">
              <w:rPr>
                <w:sz w:val="20"/>
              </w:rPr>
              <w:t xml:space="preserve"> (1903)</w:t>
            </w:r>
          </w:p>
          <w:p w:rsidRPr="0023361A" w:rsidR="007420AF" w:rsidP="007420AF" w:rsidRDefault="007420AF" w14:paraId="27A7F636" w14:textId="77777777">
            <w:pPr>
              <w:pStyle w:val="ListParagraph"/>
              <w:numPr>
                <w:ilvl w:val="0"/>
                <w:numId w:val="14"/>
              </w:numPr>
              <w:spacing w:after="20"/>
              <w:rPr>
                <w:sz w:val="20"/>
              </w:rPr>
            </w:pPr>
            <w:r w:rsidRPr="0023361A">
              <w:rPr>
                <w:sz w:val="20"/>
              </w:rPr>
              <w:t xml:space="preserve">Read </w:t>
            </w:r>
            <w:r w:rsidRPr="0023361A">
              <w:rPr>
                <w:i/>
                <w:iCs/>
                <w:sz w:val="20"/>
              </w:rPr>
              <w:t>Landon v. Plasencia</w:t>
            </w:r>
            <w:r w:rsidRPr="0023361A">
              <w:rPr>
                <w:sz w:val="20"/>
              </w:rPr>
              <w:t xml:space="preserve"> (1982)</w:t>
            </w:r>
          </w:p>
          <w:p w:rsidRPr="0023361A" w:rsidR="007420AF" w:rsidP="007420AF" w:rsidRDefault="007420AF" w14:paraId="719D3BF9" w14:textId="77777777">
            <w:pPr>
              <w:spacing w:after="20"/>
              <w:rPr>
                <w:sz w:val="20"/>
              </w:rPr>
            </w:pPr>
            <w:r w:rsidRPr="0023361A">
              <w:rPr>
                <w:sz w:val="20"/>
              </w:rPr>
              <w:t>Problem 2-1 p. 82 (The Browns)</w:t>
            </w:r>
          </w:p>
          <w:p w:rsidRPr="0023361A" w:rsidR="007420AF" w:rsidP="007420AF" w:rsidRDefault="007420AF" w14:paraId="3812AECD" w14:textId="77777777">
            <w:pPr>
              <w:spacing w:after="20"/>
            </w:pPr>
            <w:r w:rsidRPr="0023361A">
              <w:rPr>
                <w:sz w:val="20"/>
              </w:rPr>
              <w:t>INA § 235 and 8 C.F.R. § 235</w:t>
            </w:r>
          </w:p>
          <w:p w:rsidRPr="0023361A" w:rsidR="007420AF" w:rsidP="007420AF" w:rsidRDefault="007420AF" w14:paraId="3FC8C52A" w14:textId="77777777">
            <w:pPr>
              <w:spacing w:after="20"/>
              <w:rPr>
                <w:sz w:val="20"/>
              </w:rPr>
            </w:pPr>
            <w:r w:rsidRPr="0023361A">
              <w:rPr>
                <w:sz w:val="20"/>
              </w:rPr>
              <w:t>Questions:</w:t>
            </w:r>
          </w:p>
          <w:p w:rsidRPr="0023361A" w:rsidR="00047205" w:rsidP="007420AF" w:rsidRDefault="007420AF" w14:paraId="4C5A9A2B" w14:textId="127F8448">
            <w:pPr>
              <w:spacing w:after="20"/>
              <w:rPr>
                <w:b/>
                <w:sz w:val="20"/>
              </w:rPr>
            </w:pPr>
            <w:r w:rsidRPr="0023361A">
              <w:rPr>
                <w:sz w:val="20"/>
              </w:rPr>
              <w:t>What are the rights of a citizen or a returning lawful permanent resident at an international airport or port of entry?</w:t>
            </w:r>
          </w:p>
        </w:tc>
      </w:tr>
      <w:tr w:rsidRPr="0023361A" w:rsidR="00047205" w:rsidTr="5ED248B4" w14:paraId="0BB296C9" w14:textId="77777777">
        <w:tc>
          <w:tcPr>
            <w:tcW w:w="4287" w:type="dxa"/>
            <w:tcMar/>
          </w:tcPr>
          <w:p w:rsidRPr="0023361A" w:rsidR="00047205" w:rsidP="00C3319B" w:rsidRDefault="00047205" w14:paraId="0A06A14B" w14:textId="5FD63659">
            <w:pPr>
              <w:spacing w:before="80" w:after="40"/>
            </w:pPr>
            <w:r w:rsidRPr="0023361A">
              <w:rPr>
                <w:b/>
                <w:sz w:val="20"/>
              </w:rPr>
              <w:t>Wednesday</w:t>
            </w:r>
            <w:r w:rsidRPr="0023361A" w:rsidR="00214796">
              <w:rPr>
                <w:b/>
                <w:sz w:val="20"/>
              </w:rPr>
              <w:t xml:space="preserve">, </w:t>
            </w:r>
            <w:r w:rsidRPr="0023361A">
              <w:rPr>
                <w:b/>
                <w:sz w:val="20"/>
              </w:rPr>
              <w:t>Sep</w:t>
            </w:r>
            <w:r w:rsidRPr="0023361A" w:rsidR="00214796">
              <w:rPr>
                <w:b/>
                <w:sz w:val="20"/>
              </w:rPr>
              <w:t>t</w:t>
            </w:r>
            <w:r w:rsidRPr="0023361A">
              <w:rPr>
                <w:b/>
                <w:sz w:val="20"/>
              </w:rPr>
              <w:t xml:space="preserve"> 16</w:t>
            </w:r>
          </w:p>
        </w:tc>
        <w:tc>
          <w:tcPr>
            <w:tcW w:w="5063" w:type="dxa"/>
            <w:tcMar/>
          </w:tcPr>
          <w:p w:rsidRPr="0023361A" w:rsidR="007420AF" w:rsidP="007420AF" w:rsidRDefault="007420AF" w14:paraId="04078AF7" w14:textId="240E555D">
            <w:pPr>
              <w:spacing w:after="20"/>
              <w:rPr>
                <w:b/>
                <w:sz w:val="20"/>
              </w:rPr>
            </w:pPr>
            <w:r w:rsidRPr="0023361A">
              <w:rPr>
                <w:b/>
                <w:sz w:val="20"/>
              </w:rPr>
              <w:t>Rights at the Border</w:t>
            </w:r>
            <w:r w:rsidRPr="0023361A">
              <w:rPr>
                <w:b/>
                <w:sz w:val="20"/>
              </w:rPr>
              <w:t xml:space="preserve"> (Continued)</w:t>
            </w:r>
          </w:p>
          <w:p w:rsidRPr="0023361A" w:rsidR="007420AF" w:rsidP="007420AF" w:rsidRDefault="007420AF" w14:paraId="4B5091C1" w14:textId="527520BD">
            <w:pPr>
              <w:spacing w:after="20"/>
            </w:pPr>
            <w:r w:rsidRPr="0023361A">
              <w:t>Textbook Pages 97-</w:t>
            </w:r>
            <w:r w:rsidRPr="0023361A" w:rsidR="00C20660">
              <w:t>133</w:t>
            </w:r>
          </w:p>
          <w:p w:rsidRPr="0023361A" w:rsidR="007420AF" w:rsidP="007420AF" w:rsidRDefault="007420AF" w14:paraId="37AA07FF" w14:textId="3A8FAB1E">
            <w:pPr>
              <w:spacing w:after="20"/>
            </w:pPr>
            <w:r w:rsidRPr="0023361A">
              <w:t>Problem 2-</w:t>
            </w:r>
            <w:r w:rsidRPr="0023361A" w:rsidR="007E505D">
              <w:t>2</w:t>
            </w:r>
            <w:r w:rsidRPr="0023361A">
              <w:t xml:space="preserve"> p. 106 (Pierre Abdullah)</w:t>
            </w:r>
          </w:p>
          <w:p w:rsidRPr="0023361A" w:rsidR="007420AF" w:rsidP="007420AF" w:rsidRDefault="007420AF" w14:paraId="47190AF5" w14:textId="5D1F6BDC">
            <w:pPr>
              <w:pStyle w:val="ListParagraph"/>
              <w:numPr>
                <w:ilvl w:val="0"/>
                <w:numId w:val="14"/>
              </w:numPr>
              <w:spacing w:after="20"/>
            </w:pPr>
            <w:r w:rsidRPr="0023361A">
              <w:rPr>
                <w:sz w:val="20"/>
              </w:rPr>
              <w:t xml:space="preserve">Read </w:t>
            </w:r>
            <w:r w:rsidRPr="0023361A">
              <w:rPr>
                <w:i/>
                <w:iCs/>
                <w:sz w:val="20"/>
              </w:rPr>
              <w:t xml:space="preserve">United States ex rel. </w:t>
            </w:r>
            <w:proofErr w:type="gramStart"/>
            <w:r w:rsidRPr="0023361A">
              <w:rPr>
                <w:i/>
                <w:iCs/>
                <w:sz w:val="20"/>
              </w:rPr>
              <w:t xml:space="preserve">Knauff </w:t>
            </w:r>
            <w:r w:rsidRPr="0023361A">
              <w:rPr>
                <w:i/>
                <w:iCs/>
                <w:sz w:val="20"/>
              </w:rPr>
              <w:t xml:space="preserve"> v.</w:t>
            </w:r>
            <w:proofErr w:type="gramEnd"/>
            <w:r w:rsidRPr="0023361A">
              <w:rPr>
                <w:i/>
                <w:iCs/>
                <w:sz w:val="20"/>
              </w:rPr>
              <w:t xml:space="preserve"> </w:t>
            </w:r>
            <w:r w:rsidRPr="0023361A">
              <w:rPr>
                <w:i/>
                <w:iCs/>
                <w:sz w:val="20"/>
              </w:rPr>
              <w:t>Shaughnessy</w:t>
            </w:r>
            <w:r w:rsidRPr="0023361A">
              <w:rPr>
                <w:sz w:val="20"/>
              </w:rPr>
              <w:t xml:space="preserve"> (</w:t>
            </w:r>
            <w:r w:rsidRPr="0023361A">
              <w:rPr>
                <w:sz w:val="20"/>
              </w:rPr>
              <w:t>1950</w:t>
            </w:r>
            <w:r w:rsidRPr="0023361A">
              <w:rPr>
                <w:sz w:val="20"/>
              </w:rPr>
              <w:t>)</w:t>
            </w:r>
            <w:r w:rsidRPr="0023361A">
              <w:rPr>
                <w:sz w:val="20"/>
              </w:rPr>
              <w:t xml:space="preserve"> </w:t>
            </w:r>
          </w:p>
          <w:p w:rsidRPr="0023361A" w:rsidR="00047205" w:rsidP="00C3319B" w:rsidRDefault="007420AF" w14:paraId="05FE6698" w14:textId="74115313">
            <w:pPr>
              <w:pStyle w:val="ListParagraph"/>
              <w:numPr>
                <w:ilvl w:val="0"/>
                <w:numId w:val="14"/>
              </w:numPr>
              <w:spacing w:after="20"/>
            </w:pPr>
            <w:r w:rsidRPr="0023361A">
              <w:rPr>
                <w:sz w:val="20"/>
              </w:rPr>
              <w:t xml:space="preserve">Read </w:t>
            </w:r>
            <w:r w:rsidRPr="0023361A">
              <w:rPr>
                <w:i/>
                <w:iCs/>
                <w:sz w:val="20"/>
              </w:rPr>
              <w:t>Shaughnessy</w:t>
            </w:r>
            <w:r w:rsidRPr="0023361A">
              <w:rPr>
                <w:sz w:val="20"/>
              </w:rPr>
              <w:t xml:space="preserve"> </w:t>
            </w:r>
            <w:r w:rsidRPr="0023361A">
              <w:rPr>
                <w:i/>
                <w:iCs/>
                <w:sz w:val="20"/>
              </w:rPr>
              <w:t xml:space="preserve">v. </w:t>
            </w:r>
            <w:r w:rsidRPr="0023361A">
              <w:rPr>
                <w:i/>
                <w:iCs/>
                <w:sz w:val="20"/>
              </w:rPr>
              <w:t>United States ex rel. Mezei</w:t>
            </w:r>
            <w:r w:rsidRPr="0023361A">
              <w:rPr>
                <w:sz w:val="20"/>
              </w:rPr>
              <w:t xml:space="preserve"> (19</w:t>
            </w:r>
            <w:r w:rsidRPr="0023361A">
              <w:rPr>
                <w:sz w:val="20"/>
              </w:rPr>
              <w:t>53</w:t>
            </w:r>
            <w:r w:rsidRPr="0023361A">
              <w:rPr>
                <w:sz w:val="20"/>
              </w:rPr>
              <w:t>)</w:t>
            </w:r>
            <w:r w:rsidRPr="0023361A">
              <w:rPr>
                <w:sz w:val="20"/>
              </w:rPr>
              <w:t xml:space="preserve"> </w:t>
            </w:r>
          </w:p>
        </w:tc>
      </w:tr>
      <w:tr w:rsidRPr="0023361A" w:rsidR="00047205" w:rsidTr="5ED248B4" w14:paraId="46710E14" w14:textId="77777777">
        <w:tc>
          <w:tcPr>
            <w:tcW w:w="9350" w:type="dxa"/>
            <w:gridSpan w:val="2"/>
            <w:shd w:val="clear" w:color="auto" w:fill="D6E4F0"/>
            <w:tcMar/>
          </w:tcPr>
          <w:p w:rsidRPr="0023361A" w:rsidR="00047205" w:rsidP="00C3319B" w:rsidRDefault="00047205" w14:paraId="5D4F4E05" w14:textId="77777777">
            <w:pPr>
              <w:spacing w:before="80" w:after="80"/>
            </w:pPr>
            <w:r w:rsidRPr="0023361A">
              <w:rPr>
                <w:b/>
              </w:rPr>
              <w:t>Week 5</w:t>
            </w:r>
          </w:p>
        </w:tc>
      </w:tr>
      <w:tr w:rsidRPr="0023361A" w:rsidR="00047205" w:rsidTr="5ED248B4" w14:paraId="210AC947" w14:textId="77777777">
        <w:tc>
          <w:tcPr>
            <w:tcW w:w="4287" w:type="dxa"/>
            <w:tcMar/>
          </w:tcPr>
          <w:p w:rsidRPr="0023361A" w:rsidR="00047205" w:rsidP="00C3319B" w:rsidRDefault="0036343F" w14:paraId="7A35DD32" w14:textId="22488A98">
            <w:pPr>
              <w:spacing w:before="80" w:after="40"/>
            </w:pPr>
            <w:r w:rsidRPr="0023361A">
              <w:rPr>
                <w:b/>
                <w:sz w:val="20"/>
                <w:highlight w:val="yellow"/>
              </w:rPr>
              <w:t>Tuesday</w:t>
            </w:r>
            <w:r w:rsidRPr="0023361A" w:rsidR="00214796">
              <w:rPr>
                <w:b/>
                <w:sz w:val="20"/>
                <w:highlight w:val="yellow"/>
              </w:rPr>
              <w:t xml:space="preserve">, </w:t>
            </w:r>
            <w:r w:rsidRPr="0023361A" w:rsidR="00047205">
              <w:rPr>
                <w:b/>
                <w:sz w:val="20"/>
                <w:highlight w:val="yellow"/>
              </w:rPr>
              <w:t>Sep</w:t>
            </w:r>
            <w:r w:rsidRPr="0023361A" w:rsidR="00214796">
              <w:rPr>
                <w:b/>
                <w:sz w:val="20"/>
                <w:highlight w:val="yellow"/>
              </w:rPr>
              <w:t>t</w:t>
            </w:r>
            <w:r w:rsidRPr="0023361A" w:rsidR="00047205">
              <w:rPr>
                <w:b/>
                <w:sz w:val="20"/>
                <w:highlight w:val="yellow"/>
              </w:rPr>
              <w:t xml:space="preserve"> 2</w:t>
            </w:r>
            <w:r w:rsidRPr="0023361A">
              <w:rPr>
                <w:b/>
                <w:sz w:val="20"/>
                <w:highlight w:val="yellow"/>
              </w:rPr>
              <w:t>2</w:t>
            </w:r>
          </w:p>
        </w:tc>
        <w:tc>
          <w:tcPr>
            <w:tcW w:w="5063" w:type="dxa"/>
            <w:tcMar/>
          </w:tcPr>
          <w:p w:rsidRPr="0023361A" w:rsidR="00047205" w:rsidP="00CE2175" w:rsidRDefault="00CE2175" w14:paraId="6DDB9A75" w14:textId="77777777">
            <w:pPr>
              <w:spacing w:after="20"/>
            </w:pPr>
            <w:r w:rsidRPr="0023361A">
              <w:rPr>
                <w:b/>
                <w:bCs/>
              </w:rPr>
              <w:t>Expedited Removal and the Asylum Seeker</w:t>
            </w:r>
          </w:p>
          <w:p w:rsidRPr="0023361A" w:rsidR="00CE2175" w:rsidP="00CE2175" w:rsidRDefault="00CE2175" w14:paraId="0D2FE23F" w14:textId="5E9116DE">
            <w:pPr>
              <w:spacing w:after="20"/>
            </w:pPr>
            <w:r w:rsidRPr="0023361A">
              <w:t>Textbook Pages 133-1</w:t>
            </w:r>
            <w:r w:rsidRPr="0023361A" w:rsidR="00733235">
              <w:t>63</w:t>
            </w:r>
          </w:p>
          <w:p w:rsidRPr="0023361A" w:rsidR="00CE2175" w:rsidP="00CE2175" w:rsidRDefault="00CE2175" w14:paraId="6A16B98B" w14:textId="7424CD22">
            <w:pPr>
              <w:pStyle w:val="ListParagraph"/>
              <w:numPr>
                <w:ilvl w:val="0"/>
                <w:numId w:val="14"/>
              </w:numPr>
              <w:spacing w:after="20"/>
            </w:pPr>
            <w:r w:rsidRPr="0023361A">
              <w:rPr>
                <w:sz w:val="20"/>
              </w:rPr>
              <w:t xml:space="preserve">Read </w:t>
            </w:r>
            <w:r w:rsidRPr="0023361A">
              <w:rPr>
                <w:i/>
                <w:iCs/>
                <w:sz w:val="20"/>
              </w:rPr>
              <w:t xml:space="preserve">Department of Homeland Security v. </w:t>
            </w:r>
            <w:proofErr w:type="spellStart"/>
            <w:r w:rsidRPr="0023361A">
              <w:rPr>
                <w:i/>
                <w:iCs/>
                <w:sz w:val="20"/>
              </w:rPr>
              <w:t>Thuraissigiam</w:t>
            </w:r>
            <w:proofErr w:type="spellEnd"/>
            <w:r w:rsidRPr="0023361A">
              <w:rPr>
                <w:sz w:val="20"/>
              </w:rPr>
              <w:t xml:space="preserve"> (</w:t>
            </w:r>
            <w:r w:rsidRPr="0023361A">
              <w:rPr>
                <w:sz w:val="20"/>
              </w:rPr>
              <w:t>2020</w:t>
            </w:r>
            <w:r w:rsidRPr="0023361A">
              <w:rPr>
                <w:sz w:val="20"/>
              </w:rPr>
              <w:t xml:space="preserve">) </w:t>
            </w:r>
          </w:p>
          <w:p w:rsidRPr="0023361A" w:rsidR="00733235" w:rsidP="00CE2175" w:rsidRDefault="00733235" w14:paraId="3BE4BAB5" w14:textId="52EDC0E0">
            <w:pPr>
              <w:pStyle w:val="ListParagraph"/>
              <w:numPr>
                <w:ilvl w:val="0"/>
                <w:numId w:val="14"/>
              </w:numPr>
              <w:spacing w:after="20"/>
            </w:pPr>
            <w:r w:rsidRPr="0023361A">
              <w:t xml:space="preserve">Skim </w:t>
            </w:r>
            <w:r w:rsidRPr="0023361A">
              <w:rPr>
                <w:i/>
                <w:iCs/>
              </w:rPr>
              <w:t>Make the Road v. Mullin</w:t>
            </w:r>
            <w:r w:rsidRPr="0023361A">
              <w:t>, (D.C. Cir. 2026) (on Blackboard)</w:t>
            </w:r>
          </w:p>
          <w:p w:rsidRPr="0023361A" w:rsidR="00CE2175" w:rsidP="00CE2175" w:rsidRDefault="00CE2175" w14:paraId="174E0E5C" w14:textId="5ADBA70C">
            <w:pPr>
              <w:spacing w:after="20"/>
            </w:pPr>
            <w:r w:rsidRPr="0023361A">
              <w:t>Problem 2-3 p. 129 (Marta</w:t>
            </w:r>
            <w:r w:rsidRPr="0023361A" w:rsidR="00733235">
              <w:t xml:space="preserve"> – Asylum Seeker</w:t>
            </w:r>
            <w:r w:rsidRPr="0023361A">
              <w:t>)</w:t>
            </w:r>
          </w:p>
          <w:p w:rsidRPr="0023361A" w:rsidR="00CE2175" w:rsidP="00CE2175" w:rsidRDefault="00733235" w14:paraId="4BF2148A" w14:textId="03A5D8D9">
            <w:pPr>
              <w:spacing w:after="20"/>
            </w:pPr>
            <w:r w:rsidRPr="0023361A">
              <w:t>Problem 2-4 p. 157 (</w:t>
            </w:r>
            <w:r w:rsidRPr="0023361A" w:rsidR="00EE72CF">
              <w:t>Celia and Anthony – Arrested in the Interior)</w:t>
            </w:r>
          </w:p>
        </w:tc>
      </w:tr>
      <w:tr w:rsidRPr="0023361A" w:rsidR="00047205" w:rsidTr="5ED248B4" w14:paraId="5E0A0424" w14:textId="77777777">
        <w:tc>
          <w:tcPr>
            <w:tcW w:w="4287" w:type="dxa"/>
            <w:tcMar/>
          </w:tcPr>
          <w:p w:rsidRPr="0023361A" w:rsidR="00047205" w:rsidP="00C3319B" w:rsidRDefault="00047205" w14:paraId="35D865C9" w14:textId="5B90B819">
            <w:pPr>
              <w:spacing w:before="80" w:after="40"/>
            </w:pPr>
            <w:r w:rsidRPr="0023361A">
              <w:rPr>
                <w:b/>
                <w:sz w:val="20"/>
              </w:rPr>
              <w:t>Wednesday</w:t>
            </w:r>
            <w:r w:rsidRPr="0023361A" w:rsidR="0036343F">
              <w:rPr>
                <w:b/>
                <w:sz w:val="20"/>
              </w:rPr>
              <w:t xml:space="preserve">, </w:t>
            </w:r>
            <w:r w:rsidRPr="0023361A">
              <w:rPr>
                <w:b/>
                <w:sz w:val="20"/>
              </w:rPr>
              <w:t>Sep</w:t>
            </w:r>
            <w:r w:rsidRPr="0023361A" w:rsidR="0036343F">
              <w:rPr>
                <w:b/>
                <w:sz w:val="20"/>
              </w:rPr>
              <w:t>t</w:t>
            </w:r>
            <w:r w:rsidRPr="0023361A">
              <w:rPr>
                <w:b/>
                <w:sz w:val="20"/>
              </w:rPr>
              <w:t xml:space="preserve"> 23</w:t>
            </w:r>
          </w:p>
        </w:tc>
        <w:tc>
          <w:tcPr>
            <w:tcW w:w="5063" w:type="dxa"/>
            <w:tcMar/>
          </w:tcPr>
          <w:p w:rsidRPr="0023361A" w:rsidR="00047205" w:rsidP="00C3319B" w:rsidRDefault="00047205" w14:paraId="49C5A450" w14:textId="77777777">
            <w:pPr>
              <w:spacing w:after="20"/>
            </w:pPr>
            <w:r w:rsidRPr="0023361A">
              <w:rPr>
                <w:b/>
                <w:sz w:val="20"/>
              </w:rPr>
              <w:t>Nonimmigrant Visas and Maintaining Status</w:t>
            </w:r>
          </w:p>
          <w:p w:rsidRPr="0023361A" w:rsidR="00047205" w:rsidP="00C3319B" w:rsidRDefault="00047205" w14:paraId="3E3D782A" w14:textId="77C9223B">
            <w:pPr>
              <w:spacing w:after="20"/>
            </w:pPr>
            <w:r w:rsidRPr="0023361A">
              <w:rPr>
                <w:sz w:val="20"/>
              </w:rPr>
              <w:t xml:space="preserve">Textbook Pages </w:t>
            </w:r>
            <w:r w:rsidRPr="0023361A" w:rsidR="0036343F">
              <w:rPr>
                <w:sz w:val="20"/>
              </w:rPr>
              <w:t>16</w:t>
            </w:r>
            <w:r w:rsidRPr="0023361A" w:rsidR="00DD7F89">
              <w:rPr>
                <w:sz w:val="20"/>
              </w:rPr>
              <w:t>5</w:t>
            </w:r>
            <w:r w:rsidRPr="0023361A" w:rsidR="0036343F">
              <w:rPr>
                <w:sz w:val="20"/>
              </w:rPr>
              <w:t>-20</w:t>
            </w:r>
            <w:r w:rsidRPr="0023361A" w:rsidR="00B44A3F">
              <w:rPr>
                <w:sz w:val="20"/>
              </w:rPr>
              <w:t>9</w:t>
            </w:r>
          </w:p>
          <w:p w:rsidRPr="0023361A" w:rsidR="0036343F" w:rsidP="00C3319B" w:rsidRDefault="00047205" w14:paraId="3FAA5E67" w14:textId="3077C8D4">
            <w:pPr>
              <w:spacing w:after="20"/>
              <w:rPr>
                <w:sz w:val="20"/>
              </w:rPr>
            </w:pPr>
            <w:r w:rsidRPr="0023361A">
              <w:rPr>
                <w:sz w:val="20"/>
              </w:rPr>
              <w:t xml:space="preserve">     – Skim </w:t>
            </w:r>
            <w:proofErr w:type="spellStart"/>
            <w:r w:rsidRPr="0023361A">
              <w:rPr>
                <w:i/>
                <w:iCs/>
                <w:sz w:val="20"/>
              </w:rPr>
              <w:t>Lauvik</w:t>
            </w:r>
            <w:proofErr w:type="spellEnd"/>
            <w:r w:rsidRPr="0023361A">
              <w:rPr>
                <w:i/>
                <w:iCs/>
                <w:sz w:val="20"/>
              </w:rPr>
              <w:t xml:space="preserve"> v. INS</w:t>
            </w:r>
            <w:r w:rsidRPr="0023361A">
              <w:rPr>
                <w:sz w:val="20"/>
              </w:rPr>
              <w:t xml:space="preserve"> (9th Cir. 1990)</w:t>
            </w:r>
          </w:p>
          <w:p w:rsidRPr="0023361A" w:rsidR="00047205" w:rsidP="00DD7F89" w:rsidRDefault="00DD7F89" w14:paraId="5737BAB3" w14:textId="5E5EEEB6">
            <w:pPr>
              <w:spacing w:after="20"/>
              <w:ind w:left="140"/>
              <w:rPr>
                <w:sz w:val="20"/>
              </w:rPr>
            </w:pPr>
            <w:r w:rsidRPr="0023361A">
              <w:rPr>
                <w:sz w:val="20"/>
              </w:rPr>
              <w:t xml:space="preserve">– </w:t>
            </w:r>
            <w:r w:rsidRPr="0023361A">
              <w:rPr>
                <w:sz w:val="20"/>
              </w:rPr>
              <w:t>Skim</w:t>
            </w:r>
            <w:r w:rsidRPr="0023361A" w:rsidR="0036343F">
              <w:rPr>
                <w:sz w:val="20"/>
              </w:rPr>
              <w:t xml:space="preserve"> </w:t>
            </w:r>
            <w:r w:rsidRPr="0023361A" w:rsidR="00047205">
              <w:rPr>
                <w:i/>
                <w:iCs/>
                <w:sz w:val="20"/>
              </w:rPr>
              <w:t>In re Ibrahim</w:t>
            </w:r>
            <w:r w:rsidRPr="0023361A" w:rsidR="00047205">
              <w:rPr>
                <w:sz w:val="20"/>
              </w:rPr>
              <w:t xml:space="preserve"> (BIA 1981</w:t>
            </w:r>
            <w:r w:rsidRPr="0023361A">
              <w:rPr>
                <w:sz w:val="20"/>
              </w:rPr>
              <w:t>)</w:t>
            </w:r>
            <w:r w:rsidRPr="0023361A" w:rsidR="0036343F">
              <w:rPr>
                <w:sz w:val="20"/>
              </w:rPr>
              <w:t xml:space="preserve"> (on Blackboard)</w:t>
            </w:r>
          </w:p>
          <w:p w:rsidRPr="0023361A" w:rsidR="00047205" w:rsidP="00C3319B" w:rsidRDefault="0036343F" w14:paraId="410D3E00" w14:textId="64530A4E">
            <w:pPr>
              <w:spacing w:after="20"/>
            </w:pPr>
            <w:hyperlink w:history="1" r:id="rId11">
              <w:r w:rsidRPr="0023361A">
                <w:rPr>
                  <w:rStyle w:val="Hyperlink"/>
                  <w:sz w:val="20"/>
                </w:rPr>
                <w:t>https://f</w:t>
              </w:r>
              <w:r w:rsidRPr="0023361A">
                <w:rPr>
                  <w:rStyle w:val="Hyperlink"/>
                  <w:sz w:val="20"/>
                </w:rPr>
                <w:t>a</w:t>
              </w:r>
              <w:r w:rsidRPr="0023361A">
                <w:rPr>
                  <w:rStyle w:val="Hyperlink"/>
                  <w:sz w:val="20"/>
                </w:rPr>
                <w:t>m.state.gov/FAM/09FAM/09FAM040201.html</w:t>
              </w:r>
            </w:hyperlink>
            <w:r w:rsidRPr="0023361A">
              <w:rPr>
                <w:sz w:val="20"/>
              </w:rPr>
              <w:t xml:space="preserve"> </w:t>
            </w:r>
          </w:p>
          <w:p w:rsidRPr="0023361A" w:rsidR="00047205" w:rsidP="0036343F" w:rsidRDefault="00047205" w14:paraId="34106E9A" w14:textId="3FC6E0E6">
            <w:pPr>
              <w:pStyle w:val="ListParagraph"/>
              <w:numPr>
                <w:ilvl w:val="0"/>
                <w:numId w:val="16"/>
              </w:numPr>
              <w:spacing w:after="20"/>
              <w:rPr>
                <w:sz w:val="20"/>
              </w:rPr>
            </w:pPr>
            <w:r w:rsidRPr="0023361A">
              <w:rPr>
                <w:sz w:val="20"/>
              </w:rPr>
              <w:t>INA §§ 101(a)(15) focus on (b)(e)(h)(l)(o), 214, 248</w:t>
            </w:r>
          </w:p>
          <w:p w:rsidRPr="0023361A" w:rsidR="001D3259" w:rsidP="00C3319B" w:rsidRDefault="00047205" w14:paraId="06DB20E8" w14:textId="43FC95CF">
            <w:pPr>
              <w:spacing w:after="20"/>
              <w:rPr>
                <w:sz w:val="20"/>
              </w:rPr>
            </w:pPr>
            <w:r w:rsidRPr="0023361A">
              <w:rPr>
                <w:sz w:val="20"/>
              </w:rPr>
              <w:t>Problem</w:t>
            </w:r>
            <w:r w:rsidRPr="0023361A" w:rsidR="0036343F">
              <w:rPr>
                <w:sz w:val="20"/>
              </w:rPr>
              <w:t>s</w:t>
            </w:r>
            <w:r w:rsidRPr="0023361A">
              <w:rPr>
                <w:sz w:val="20"/>
              </w:rPr>
              <w:t xml:space="preserve"> </w:t>
            </w:r>
            <w:r w:rsidRPr="0023361A" w:rsidR="0036343F">
              <w:rPr>
                <w:sz w:val="20"/>
              </w:rPr>
              <w:t>3-1</w:t>
            </w:r>
            <w:r w:rsidRPr="0023361A" w:rsidR="00DD7F89">
              <w:rPr>
                <w:sz w:val="20"/>
              </w:rPr>
              <w:t xml:space="preserve"> p. 192; 3-2 p. 198</w:t>
            </w:r>
            <w:r w:rsidRPr="0023361A" w:rsidR="001D3259">
              <w:rPr>
                <w:sz w:val="20"/>
              </w:rPr>
              <w:t xml:space="preserve"> and</w:t>
            </w:r>
            <w:r w:rsidRPr="0023361A" w:rsidR="00B44A3F">
              <w:rPr>
                <w:sz w:val="20"/>
              </w:rPr>
              <w:t xml:space="preserve"> </w:t>
            </w:r>
            <w:r w:rsidRPr="0023361A" w:rsidR="00DD7F89">
              <w:rPr>
                <w:sz w:val="20"/>
              </w:rPr>
              <w:t>3-3 p. 199 (Manuel H</w:t>
            </w:r>
            <w:r w:rsidRPr="0023361A" w:rsidR="00304242">
              <w:rPr>
                <w:sz w:val="20"/>
              </w:rPr>
              <w:t>a</w:t>
            </w:r>
            <w:r w:rsidRPr="0023361A" w:rsidR="00DD7F89">
              <w:rPr>
                <w:sz w:val="20"/>
              </w:rPr>
              <w:t>yek)</w:t>
            </w:r>
          </w:p>
          <w:p w:rsidRPr="0023361A" w:rsidR="00047205" w:rsidP="00C3319B" w:rsidRDefault="001D3259" w14:paraId="2D247EC6" w14:textId="5C5BFEAE">
            <w:pPr>
              <w:spacing w:after="20"/>
            </w:pPr>
            <w:r w:rsidRPr="5ED248B4" w:rsidR="5ED248B4">
              <w:rPr>
                <w:sz w:val="20"/>
                <w:szCs w:val="20"/>
              </w:rPr>
              <w:t xml:space="preserve">Problems </w:t>
            </w:r>
            <w:r w:rsidRPr="5ED248B4" w:rsidR="5ED248B4">
              <w:rPr>
                <w:sz w:val="20"/>
                <w:szCs w:val="20"/>
              </w:rPr>
              <w:t xml:space="preserve">p. 201 </w:t>
            </w:r>
            <w:r w:rsidRPr="5ED248B4" w:rsidR="5ED248B4">
              <w:rPr>
                <w:sz w:val="20"/>
                <w:szCs w:val="20"/>
              </w:rPr>
              <w:t>3-4.1 and 3-4.2</w:t>
            </w:r>
            <w:r w:rsidRPr="5ED248B4" w:rsidR="5ED248B4">
              <w:rPr>
                <w:sz w:val="20"/>
                <w:szCs w:val="20"/>
              </w:rPr>
              <w:t xml:space="preserve"> p. 202</w:t>
            </w:r>
            <w:r w:rsidRPr="5ED248B4" w:rsidR="5ED248B4">
              <w:rPr>
                <w:sz w:val="20"/>
                <w:szCs w:val="20"/>
              </w:rPr>
              <w:t xml:space="preserve"> (Edgar Smith and Sherry Kit)</w:t>
            </w:r>
          </w:p>
          <w:p w:rsidRPr="0023361A" w:rsidR="00047205" w:rsidP="5ED248B4" w:rsidRDefault="001D3259" w14:paraId="756FD34C" w14:textId="064B5E9F">
            <w:pPr>
              <w:spacing w:after="20"/>
              <w:rPr>
                <w:sz w:val="20"/>
                <w:szCs w:val="20"/>
              </w:rPr>
            </w:pPr>
          </w:p>
        </w:tc>
      </w:tr>
      <w:tr w:rsidRPr="0023361A" w:rsidR="00047205" w:rsidTr="5ED248B4" w14:paraId="6067C9EA" w14:textId="77777777">
        <w:tc>
          <w:tcPr>
            <w:tcW w:w="9350" w:type="dxa"/>
            <w:gridSpan w:val="2"/>
            <w:shd w:val="clear" w:color="auto" w:fill="D6E4F0"/>
            <w:tcMar/>
          </w:tcPr>
          <w:p w:rsidRPr="0023361A" w:rsidR="00047205" w:rsidP="00C3319B" w:rsidRDefault="00047205" w14:paraId="414DCABF" w14:textId="77777777">
            <w:pPr>
              <w:spacing w:before="80" w:after="80"/>
            </w:pPr>
            <w:r w:rsidRPr="0023361A">
              <w:rPr>
                <w:b/>
              </w:rPr>
              <w:t>Week 6</w:t>
            </w:r>
          </w:p>
        </w:tc>
      </w:tr>
      <w:tr w:rsidRPr="0023361A" w:rsidR="00047205" w:rsidTr="5ED248B4" w14:paraId="7AF705EC" w14:textId="77777777">
        <w:tc>
          <w:tcPr>
            <w:tcW w:w="4287" w:type="dxa"/>
            <w:tcMar/>
          </w:tcPr>
          <w:p w:rsidRPr="0023361A" w:rsidR="00047205" w:rsidP="00C3319B" w:rsidRDefault="00047205" w14:paraId="08BA0F9F" w14:textId="162B1AD5">
            <w:pPr>
              <w:spacing w:before="80" w:after="40"/>
            </w:pPr>
            <w:r w:rsidRPr="0023361A">
              <w:rPr>
                <w:b/>
                <w:sz w:val="20"/>
              </w:rPr>
              <w:t>Monday</w:t>
            </w:r>
            <w:r w:rsidRPr="0023361A" w:rsidR="0036343F">
              <w:rPr>
                <w:b/>
                <w:sz w:val="20"/>
              </w:rPr>
              <w:t xml:space="preserve">, </w:t>
            </w:r>
            <w:r w:rsidRPr="0023361A">
              <w:rPr>
                <w:b/>
                <w:sz w:val="20"/>
              </w:rPr>
              <w:t>Sep</w:t>
            </w:r>
            <w:r w:rsidRPr="0023361A" w:rsidR="0036343F">
              <w:rPr>
                <w:b/>
                <w:sz w:val="20"/>
              </w:rPr>
              <w:t>t</w:t>
            </w:r>
            <w:r w:rsidRPr="0023361A">
              <w:rPr>
                <w:b/>
                <w:sz w:val="20"/>
              </w:rPr>
              <w:t xml:space="preserve"> 28</w:t>
            </w:r>
          </w:p>
        </w:tc>
        <w:tc>
          <w:tcPr>
            <w:tcW w:w="5063" w:type="dxa"/>
            <w:tcMar/>
          </w:tcPr>
          <w:p w:rsidRPr="0023361A" w:rsidR="00047205" w:rsidP="00C3319B" w:rsidRDefault="00047205" w14:paraId="64F5F2AB" w14:textId="77777777">
            <w:pPr>
              <w:spacing w:after="20"/>
            </w:pPr>
            <w:r w:rsidRPr="0023361A">
              <w:rPr>
                <w:b/>
                <w:sz w:val="20"/>
              </w:rPr>
              <w:t>Nonimmigrant Visas (continued)</w:t>
            </w:r>
          </w:p>
          <w:p w:rsidRPr="0023361A" w:rsidR="00047205" w:rsidP="00C3319B" w:rsidRDefault="001D3259" w14:paraId="4A6B74E5" w14:textId="20877B20">
            <w:pPr>
              <w:spacing w:after="20"/>
              <w:rPr>
                <w:sz w:val="20"/>
              </w:rPr>
            </w:pPr>
            <w:r w:rsidRPr="0023361A">
              <w:rPr>
                <w:sz w:val="20"/>
              </w:rPr>
              <w:t>Textbook Pages 218-251</w:t>
            </w:r>
          </w:p>
          <w:p w:rsidRPr="0023361A" w:rsidR="001D3259" w:rsidP="00C3319B" w:rsidRDefault="001D3259" w14:paraId="2D1B9675" w14:textId="52B1B742">
            <w:pPr>
              <w:spacing w:after="20"/>
            </w:pPr>
            <w:r w:rsidRPr="0023361A">
              <w:t>Problem 3-7</w:t>
            </w:r>
            <w:r w:rsidRPr="0023361A" w:rsidR="00FA7494">
              <w:t xml:space="preserve"> p. 218</w:t>
            </w:r>
            <w:r w:rsidRPr="0023361A">
              <w:t xml:space="preserve"> (Alejandra Martinez)</w:t>
            </w:r>
          </w:p>
          <w:p w:rsidRPr="0023361A" w:rsidR="00047205" w:rsidP="00C3319B" w:rsidRDefault="001D3259" w14:paraId="4FF0ACC8" w14:textId="1516930D">
            <w:pPr>
              <w:spacing w:after="20"/>
            </w:pPr>
            <w:r w:rsidRPr="0023361A">
              <w:t xml:space="preserve">Problem </w:t>
            </w:r>
            <w:r w:rsidRPr="0023361A" w:rsidR="00FA7494">
              <w:t>3-8 p. 234 (Maria Lopez)</w:t>
            </w:r>
          </w:p>
          <w:p w:rsidRPr="0023361A" w:rsidR="00FA7494" w:rsidP="00C3319B" w:rsidRDefault="00FA7494" w14:paraId="057F2D3C" w14:textId="1BA041D5">
            <w:pPr>
              <w:spacing w:after="20"/>
            </w:pPr>
            <w:r w:rsidRPr="0023361A">
              <w:t>Problem 3-9 p. 245 (Samuel Moore)</w:t>
            </w:r>
          </w:p>
        </w:tc>
      </w:tr>
      <w:tr w:rsidRPr="0023361A" w:rsidR="00047205" w:rsidTr="5ED248B4" w14:paraId="2542B054" w14:textId="77777777">
        <w:tc>
          <w:tcPr>
            <w:tcW w:w="4287" w:type="dxa"/>
            <w:tcMar/>
          </w:tcPr>
          <w:p w:rsidRPr="0023361A" w:rsidR="00047205" w:rsidP="00C3319B" w:rsidRDefault="00047205" w14:paraId="71AB389A" w14:textId="072F83AA">
            <w:pPr>
              <w:spacing w:before="80" w:after="40"/>
            </w:pPr>
            <w:r w:rsidRPr="0023361A">
              <w:rPr>
                <w:b/>
                <w:sz w:val="20"/>
              </w:rPr>
              <w:t>Wednesday</w:t>
            </w:r>
            <w:r w:rsidRPr="0023361A" w:rsidR="0036343F">
              <w:rPr>
                <w:b/>
                <w:sz w:val="20"/>
              </w:rPr>
              <w:t xml:space="preserve">, </w:t>
            </w:r>
            <w:r w:rsidRPr="0023361A">
              <w:rPr>
                <w:b/>
                <w:sz w:val="20"/>
              </w:rPr>
              <w:t>Sep</w:t>
            </w:r>
            <w:r w:rsidRPr="0023361A" w:rsidR="0036343F">
              <w:rPr>
                <w:b/>
                <w:sz w:val="20"/>
              </w:rPr>
              <w:t>t</w:t>
            </w:r>
            <w:r w:rsidRPr="0023361A">
              <w:rPr>
                <w:b/>
                <w:sz w:val="20"/>
              </w:rPr>
              <w:t xml:space="preserve"> 30</w:t>
            </w:r>
          </w:p>
        </w:tc>
        <w:tc>
          <w:tcPr>
            <w:tcW w:w="5063" w:type="dxa"/>
            <w:tcMar/>
          </w:tcPr>
          <w:p w:rsidRPr="0023361A" w:rsidR="00047205" w:rsidP="00C3319B" w:rsidRDefault="00047205" w14:paraId="50A74E2D" w14:textId="0E7D8EC1">
            <w:pPr>
              <w:spacing w:after="20"/>
            </w:pPr>
            <w:r w:rsidRPr="0023361A">
              <w:rPr>
                <w:b/>
                <w:sz w:val="20"/>
              </w:rPr>
              <w:t>Nonimmigrant Visas</w:t>
            </w:r>
            <w:r w:rsidRPr="0023361A" w:rsidR="00B01B89">
              <w:rPr>
                <w:b/>
                <w:sz w:val="20"/>
              </w:rPr>
              <w:t xml:space="preserve"> (</w:t>
            </w:r>
            <w:r w:rsidRPr="0023361A" w:rsidR="00A06511">
              <w:rPr>
                <w:b/>
                <w:sz w:val="20"/>
              </w:rPr>
              <w:t>Continued)</w:t>
            </w:r>
          </w:p>
          <w:p w:rsidRPr="0023361A" w:rsidR="00047205" w:rsidP="00C3319B" w:rsidRDefault="00047205" w14:paraId="3D6EF348" w14:textId="5437E4D7">
            <w:pPr>
              <w:spacing w:after="20"/>
            </w:pPr>
            <w:r w:rsidRPr="0023361A">
              <w:rPr>
                <w:sz w:val="20"/>
              </w:rPr>
              <w:t xml:space="preserve">Textbook Pages </w:t>
            </w:r>
            <w:r w:rsidRPr="0023361A" w:rsidR="0036343F">
              <w:rPr>
                <w:sz w:val="20"/>
              </w:rPr>
              <w:t>2</w:t>
            </w:r>
            <w:r w:rsidRPr="0023361A" w:rsidR="00A06511">
              <w:rPr>
                <w:sz w:val="20"/>
              </w:rPr>
              <w:t>51-267</w:t>
            </w:r>
          </w:p>
          <w:p w:rsidRPr="0023361A" w:rsidR="00047205" w:rsidP="00C3319B" w:rsidRDefault="00047205" w14:paraId="6477F050" w14:textId="54A522C6">
            <w:pPr>
              <w:spacing w:after="20"/>
            </w:pPr>
            <w:r w:rsidRPr="0023361A">
              <w:rPr>
                <w:sz w:val="20"/>
              </w:rPr>
              <w:t>INA §101(a)(15)</w:t>
            </w:r>
            <w:r w:rsidRPr="0023361A" w:rsidR="00A06511">
              <w:rPr>
                <w:sz w:val="20"/>
              </w:rPr>
              <w:t>(O), (I), (R)</w:t>
            </w:r>
            <w:r w:rsidRPr="0023361A">
              <w:rPr>
                <w:sz w:val="20"/>
              </w:rPr>
              <w:t>,</w:t>
            </w:r>
            <w:r w:rsidRPr="0023361A" w:rsidR="00A06511">
              <w:rPr>
                <w:sz w:val="20"/>
              </w:rPr>
              <w:t xml:space="preserve"> (U) and (T)</w:t>
            </w:r>
            <w:r w:rsidRPr="0023361A">
              <w:rPr>
                <w:sz w:val="20"/>
              </w:rPr>
              <w:t xml:space="preserve"> 8 C.F.R. §214.2</w:t>
            </w:r>
          </w:p>
          <w:p w:rsidRPr="0023361A" w:rsidR="00A06511" w:rsidP="00C3319B" w:rsidRDefault="00047205" w14:paraId="5424368C" w14:textId="6DFE0CDA">
            <w:pPr>
              <w:spacing w:after="20"/>
              <w:rPr>
                <w:sz w:val="20"/>
              </w:rPr>
            </w:pPr>
            <w:r w:rsidRPr="0023361A">
              <w:rPr>
                <w:sz w:val="20"/>
              </w:rPr>
              <w:t>Problem</w:t>
            </w:r>
            <w:r w:rsidRPr="0023361A" w:rsidR="00A06511">
              <w:rPr>
                <w:sz w:val="20"/>
              </w:rPr>
              <w:t xml:space="preserve"> 3-10 p. 251 (Luis Marini)</w:t>
            </w:r>
          </w:p>
          <w:p w:rsidRPr="0023361A" w:rsidR="00A06511" w:rsidP="00C3319B" w:rsidRDefault="00A06511" w14:paraId="749D0F0F" w14:textId="77777777">
            <w:pPr>
              <w:spacing w:after="20"/>
              <w:rPr>
                <w:sz w:val="20"/>
              </w:rPr>
            </w:pPr>
            <w:r w:rsidRPr="0023361A">
              <w:rPr>
                <w:sz w:val="20"/>
              </w:rPr>
              <w:t xml:space="preserve">Problem </w:t>
            </w:r>
            <w:r w:rsidRPr="0023361A" w:rsidR="00B01B89">
              <w:rPr>
                <w:sz w:val="20"/>
              </w:rPr>
              <w:t>3-11</w:t>
            </w:r>
            <w:r w:rsidRPr="0023361A">
              <w:rPr>
                <w:sz w:val="20"/>
              </w:rPr>
              <w:t xml:space="preserve"> p. 260 (Isiah Nimba and Patrick Ogedenge)</w:t>
            </w:r>
          </w:p>
          <w:p w:rsidRPr="0023361A" w:rsidR="00A06511" w:rsidP="00C3319B" w:rsidRDefault="00A06511" w14:paraId="6431D1E3" w14:textId="77777777">
            <w:pPr>
              <w:spacing w:after="20"/>
              <w:rPr>
                <w:sz w:val="20"/>
              </w:rPr>
            </w:pPr>
            <w:r w:rsidRPr="0023361A">
              <w:rPr>
                <w:sz w:val="20"/>
              </w:rPr>
              <w:t xml:space="preserve">Problem </w:t>
            </w:r>
            <w:r w:rsidRPr="0023361A" w:rsidR="0036343F">
              <w:rPr>
                <w:sz w:val="20"/>
              </w:rPr>
              <w:t>3-12</w:t>
            </w:r>
            <w:r w:rsidRPr="0023361A">
              <w:rPr>
                <w:sz w:val="20"/>
              </w:rPr>
              <w:t xml:space="preserve"> p. 261 (Shuan Caggiano)</w:t>
            </w:r>
            <w:r w:rsidRPr="0023361A" w:rsidR="0036343F">
              <w:rPr>
                <w:sz w:val="20"/>
              </w:rPr>
              <w:t xml:space="preserve"> </w:t>
            </w:r>
          </w:p>
          <w:p w:rsidRPr="0023361A" w:rsidR="00047205" w:rsidP="00C3319B" w:rsidRDefault="00A06511" w14:paraId="684B2120" w14:textId="75BE3FFC">
            <w:pPr>
              <w:spacing w:after="20"/>
              <w:rPr>
                <w:sz w:val="20"/>
              </w:rPr>
            </w:pPr>
            <w:r w:rsidRPr="0023361A">
              <w:rPr>
                <w:sz w:val="20"/>
              </w:rPr>
              <w:t xml:space="preserve">Problem </w:t>
            </w:r>
            <w:r w:rsidRPr="0023361A" w:rsidR="0036343F">
              <w:rPr>
                <w:sz w:val="20"/>
              </w:rPr>
              <w:t>3-13</w:t>
            </w:r>
            <w:r w:rsidRPr="0023361A">
              <w:rPr>
                <w:sz w:val="20"/>
              </w:rPr>
              <w:t xml:space="preserve"> p. 265 (Carmen </w:t>
            </w:r>
            <w:proofErr w:type="spellStart"/>
            <w:r w:rsidRPr="0023361A">
              <w:rPr>
                <w:sz w:val="20"/>
              </w:rPr>
              <w:t>Caragay</w:t>
            </w:r>
            <w:proofErr w:type="spellEnd"/>
            <w:r w:rsidRPr="0023361A">
              <w:rPr>
                <w:sz w:val="20"/>
              </w:rPr>
              <w:t>)</w:t>
            </w:r>
          </w:p>
        </w:tc>
      </w:tr>
      <w:tr w:rsidRPr="0023361A" w:rsidR="00047205" w:rsidTr="5ED248B4" w14:paraId="03C37D16" w14:textId="77777777">
        <w:tc>
          <w:tcPr>
            <w:tcW w:w="9350" w:type="dxa"/>
            <w:gridSpan w:val="2"/>
            <w:shd w:val="clear" w:color="auto" w:fill="D6E4F0"/>
            <w:tcMar/>
          </w:tcPr>
          <w:p w:rsidRPr="0023361A" w:rsidR="00047205" w:rsidP="00C3319B" w:rsidRDefault="00047205" w14:paraId="0A7348FB" w14:textId="77777777">
            <w:pPr>
              <w:spacing w:before="80" w:after="80"/>
            </w:pPr>
            <w:r w:rsidRPr="0023361A">
              <w:rPr>
                <w:b/>
              </w:rPr>
              <w:t>Week 7</w:t>
            </w:r>
          </w:p>
        </w:tc>
      </w:tr>
      <w:tr w:rsidRPr="0023361A" w:rsidR="00047205" w:rsidTr="5ED248B4" w14:paraId="41241ADD" w14:textId="77777777">
        <w:tc>
          <w:tcPr>
            <w:tcW w:w="4287" w:type="dxa"/>
            <w:shd w:val="clear" w:color="auto" w:fill="F5F5F5"/>
            <w:tcMar/>
          </w:tcPr>
          <w:p w:rsidRPr="0023361A" w:rsidR="00047205" w:rsidP="00C3319B" w:rsidRDefault="00047205" w14:paraId="7DA2556F" w14:textId="5982FFD8">
            <w:pPr>
              <w:spacing w:before="80" w:after="40"/>
            </w:pPr>
            <w:r w:rsidRPr="0023361A">
              <w:rPr>
                <w:b/>
                <w:sz w:val="20"/>
              </w:rPr>
              <w:t>Monday</w:t>
            </w:r>
            <w:r w:rsidRPr="0023361A" w:rsidR="0036343F">
              <w:rPr>
                <w:b/>
                <w:sz w:val="20"/>
              </w:rPr>
              <w:t xml:space="preserve">, </w:t>
            </w:r>
            <w:r w:rsidRPr="0023361A">
              <w:rPr>
                <w:b/>
                <w:sz w:val="20"/>
              </w:rPr>
              <w:t>Oct 5</w:t>
            </w:r>
          </w:p>
        </w:tc>
        <w:tc>
          <w:tcPr>
            <w:tcW w:w="5063" w:type="dxa"/>
            <w:shd w:val="clear" w:color="auto" w:fill="F5F5F5"/>
            <w:tcMar/>
          </w:tcPr>
          <w:p w:rsidRPr="0023361A" w:rsidR="00047205" w:rsidP="00C3319B" w:rsidRDefault="00047205" w14:paraId="57B4761D" w14:textId="77777777">
            <w:pPr>
              <w:spacing w:after="20"/>
              <w:rPr>
                <w:b/>
                <w:bCs/>
              </w:rPr>
            </w:pPr>
            <w:r w:rsidRPr="0023361A">
              <w:rPr>
                <w:b/>
                <w:bCs/>
                <w:sz w:val="20"/>
              </w:rPr>
              <w:t>NO CLASS</w:t>
            </w:r>
          </w:p>
        </w:tc>
      </w:tr>
      <w:tr w:rsidRPr="0023361A" w:rsidR="00047205" w:rsidTr="5ED248B4" w14:paraId="0F5B7E33" w14:textId="77777777">
        <w:tc>
          <w:tcPr>
            <w:tcW w:w="4287" w:type="dxa"/>
            <w:tcMar/>
          </w:tcPr>
          <w:p w:rsidRPr="0023361A" w:rsidR="00047205" w:rsidP="00C3319B" w:rsidRDefault="00047205" w14:paraId="21277272" w14:textId="4C73278E">
            <w:pPr>
              <w:spacing w:before="80" w:after="40"/>
            </w:pPr>
            <w:r w:rsidRPr="0023361A">
              <w:rPr>
                <w:b/>
                <w:sz w:val="20"/>
              </w:rPr>
              <w:t>Wednesday</w:t>
            </w:r>
            <w:r w:rsidRPr="0023361A" w:rsidR="0036343F">
              <w:rPr>
                <w:b/>
                <w:sz w:val="20"/>
              </w:rPr>
              <w:t xml:space="preserve">, </w:t>
            </w:r>
            <w:r w:rsidRPr="0023361A">
              <w:rPr>
                <w:b/>
                <w:sz w:val="20"/>
              </w:rPr>
              <w:t>Oct 7</w:t>
            </w:r>
          </w:p>
        </w:tc>
        <w:tc>
          <w:tcPr>
            <w:tcW w:w="5063" w:type="dxa"/>
            <w:tcMar/>
          </w:tcPr>
          <w:p w:rsidRPr="0023361A" w:rsidR="00047205" w:rsidP="00C3319B" w:rsidRDefault="00047205" w14:paraId="015E30F2" w14:textId="77777777">
            <w:pPr>
              <w:spacing w:after="20"/>
            </w:pPr>
            <w:r w:rsidRPr="0023361A">
              <w:rPr>
                <w:b/>
                <w:sz w:val="20"/>
              </w:rPr>
              <w:t>Immigrant Visas</w:t>
            </w:r>
          </w:p>
          <w:p w:rsidRPr="0023361A" w:rsidR="0036343F" w:rsidP="00C3319B" w:rsidRDefault="00047205" w14:paraId="18D9EC7A" w14:textId="77777777">
            <w:pPr>
              <w:spacing w:after="20"/>
              <w:rPr>
                <w:sz w:val="20"/>
              </w:rPr>
            </w:pPr>
            <w:r w:rsidRPr="0023361A">
              <w:rPr>
                <w:sz w:val="20"/>
              </w:rPr>
              <w:t xml:space="preserve">Textbook Pages </w:t>
            </w:r>
            <w:r w:rsidRPr="0023361A" w:rsidR="0036343F">
              <w:rPr>
                <w:sz w:val="20"/>
              </w:rPr>
              <w:t>269-319</w:t>
            </w:r>
          </w:p>
          <w:p w:rsidRPr="0023361A" w:rsidR="0036343F" w:rsidP="0036343F" w:rsidRDefault="00047205" w14:paraId="28B37983" w14:textId="77777777">
            <w:pPr>
              <w:pStyle w:val="ListParagraph"/>
              <w:numPr>
                <w:ilvl w:val="0"/>
                <w:numId w:val="16"/>
              </w:numPr>
              <w:spacing w:after="20"/>
            </w:pPr>
            <w:r w:rsidRPr="0023361A">
              <w:rPr>
                <w:sz w:val="20"/>
              </w:rPr>
              <w:t xml:space="preserve">Skim </w:t>
            </w:r>
            <w:r w:rsidRPr="0023361A">
              <w:rPr>
                <w:i/>
                <w:iCs/>
                <w:sz w:val="20"/>
              </w:rPr>
              <w:t>Fiallo v. Bell</w:t>
            </w:r>
            <w:r w:rsidRPr="0023361A">
              <w:rPr>
                <w:sz w:val="20"/>
              </w:rPr>
              <w:t xml:space="preserve"> (1977), </w:t>
            </w:r>
            <w:r w:rsidRPr="0023361A" w:rsidR="0036343F">
              <w:rPr>
                <w:i/>
                <w:iCs/>
                <w:sz w:val="20"/>
              </w:rPr>
              <w:t xml:space="preserve">Matter of </w:t>
            </w:r>
            <w:proofErr w:type="spellStart"/>
            <w:r w:rsidRPr="0023361A" w:rsidR="0036343F">
              <w:rPr>
                <w:i/>
                <w:iCs/>
                <w:sz w:val="20"/>
              </w:rPr>
              <w:t>Kagumbas</w:t>
            </w:r>
            <w:proofErr w:type="spellEnd"/>
            <w:r w:rsidRPr="0023361A" w:rsidR="0036343F">
              <w:rPr>
                <w:sz w:val="20"/>
              </w:rPr>
              <w:t xml:space="preserve"> (BIA 2021), </w:t>
            </w:r>
            <w:r w:rsidRPr="0023361A" w:rsidR="0036343F">
              <w:rPr>
                <w:i/>
                <w:iCs/>
                <w:sz w:val="20"/>
              </w:rPr>
              <w:t>De Rodriguez v. Holder</w:t>
            </w:r>
            <w:r w:rsidRPr="0023361A" w:rsidR="0036343F">
              <w:rPr>
                <w:sz w:val="20"/>
              </w:rPr>
              <w:t xml:space="preserve"> (5th Cir. 2009)</w:t>
            </w:r>
          </w:p>
          <w:p w:rsidRPr="0023361A" w:rsidR="00047205" w:rsidP="0036343F" w:rsidRDefault="0036343F" w14:paraId="40F24048" w14:textId="1D23FF09">
            <w:pPr>
              <w:pStyle w:val="ListParagraph"/>
              <w:numPr>
                <w:ilvl w:val="0"/>
                <w:numId w:val="16"/>
              </w:numPr>
              <w:spacing w:after="20"/>
            </w:pPr>
            <w:r w:rsidRPr="0023361A">
              <w:rPr>
                <w:sz w:val="20"/>
              </w:rPr>
              <w:t xml:space="preserve">Skim </w:t>
            </w:r>
            <w:r w:rsidRPr="0023361A" w:rsidR="00047205">
              <w:rPr>
                <w:i/>
                <w:iCs/>
                <w:sz w:val="20"/>
              </w:rPr>
              <w:t>U.S. v. Orellana-Blanco</w:t>
            </w:r>
            <w:r w:rsidRPr="0023361A" w:rsidR="00047205">
              <w:rPr>
                <w:sz w:val="20"/>
              </w:rPr>
              <w:t xml:space="preserve"> (9th Cir. 2002)</w:t>
            </w:r>
            <w:r w:rsidRPr="0023361A">
              <w:rPr>
                <w:sz w:val="20"/>
              </w:rPr>
              <w:t xml:space="preserve"> (on Blackboard)</w:t>
            </w:r>
          </w:p>
          <w:p w:rsidRPr="0023361A" w:rsidR="00DE73DA" w:rsidP="00C3319B" w:rsidRDefault="00047205" w14:paraId="258AB686" w14:textId="5E5800B1">
            <w:pPr>
              <w:spacing w:after="20"/>
              <w:rPr>
                <w:sz w:val="20"/>
              </w:rPr>
            </w:pPr>
            <w:r w:rsidRPr="0023361A">
              <w:rPr>
                <w:sz w:val="20"/>
              </w:rPr>
              <w:t>Problem 4-1</w:t>
            </w:r>
            <w:r w:rsidRPr="0023361A" w:rsidR="00DE73DA">
              <w:rPr>
                <w:sz w:val="20"/>
              </w:rPr>
              <w:t xml:space="preserve"> p. 296 (Celia and Anthony – Marriage)</w:t>
            </w:r>
          </w:p>
          <w:p w:rsidRPr="0023361A" w:rsidR="00047205" w:rsidP="00C3319B" w:rsidRDefault="00DE73DA" w14:paraId="31FB438E" w14:textId="477ED2B9">
            <w:pPr>
              <w:spacing w:after="20"/>
            </w:pPr>
            <w:r w:rsidRPr="0023361A">
              <w:rPr>
                <w:sz w:val="20"/>
              </w:rPr>
              <w:t xml:space="preserve">Problem </w:t>
            </w:r>
            <w:r w:rsidRPr="0023361A" w:rsidR="00047205">
              <w:rPr>
                <w:sz w:val="20"/>
              </w:rPr>
              <w:t>4-2</w:t>
            </w:r>
            <w:r w:rsidRPr="0023361A">
              <w:rPr>
                <w:sz w:val="20"/>
              </w:rPr>
              <w:t xml:space="preserve"> p. 312 (Maria Lopez – Domestic Violence)</w:t>
            </w:r>
          </w:p>
        </w:tc>
      </w:tr>
      <w:tr w:rsidRPr="0023361A" w:rsidR="00047205" w:rsidTr="5ED248B4" w14:paraId="120F6D0A" w14:textId="77777777">
        <w:tc>
          <w:tcPr>
            <w:tcW w:w="9350" w:type="dxa"/>
            <w:gridSpan w:val="2"/>
            <w:shd w:val="clear" w:color="auto" w:fill="D6E4F0"/>
            <w:tcMar/>
          </w:tcPr>
          <w:p w:rsidRPr="0023361A" w:rsidR="00047205" w:rsidP="00C3319B" w:rsidRDefault="00047205" w14:paraId="44051550" w14:textId="77777777">
            <w:pPr>
              <w:spacing w:before="80" w:after="80"/>
            </w:pPr>
            <w:r w:rsidRPr="0023361A">
              <w:rPr>
                <w:b/>
              </w:rPr>
              <w:t>Week 8</w:t>
            </w:r>
          </w:p>
        </w:tc>
      </w:tr>
      <w:tr w:rsidRPr="0023361A" w:rsidR="00047205" w:rsidTr="5ED248B4" w14:paraId="174A014D" w14:textId="77777777">
        <w:tc>
          <w:tcPr>
            <w:tcW w:w="4287" w:type="dxa"/>
            <w:tcMar/>
          </w:tcPr>
          <w:p w:rsidRPr="0023361A" w:rsidR="00047205" w:rsidP="00C3319B" w:rsidRDefault="00047205" w14:paraId="74D6DD57" w14:textId="2233E9E8">
            <w:pPr>
              <w:spacing w:before="80" w:after="40"/>
            </w:pPr>
            <w:r w:rsidRPr="0023361A">
              <w:rPr>
                <w:b/>
                <w:sz w:val="20"/>
              </w:rPr>
              <w:t>Monday</w:t>
            </w:r>
            <w:r w:rsidRPr="0023361A" w:rsidR="0036343F">
              <w:rPr>
                <w:b/>
                <w:sz w:val="20"/>
              </w:rPr>
              <w:t xml:space="preserve">, </w:t>
            </w:r>
            <w:r w:rsidRPr="0023361A">
              <w:rPr>
                <w:b/>
                <w:sz w:val="20"/>
              </w:rPr>
              <w:t>Oct 12</w:t>
            </w:r>
          </w:p>
        </w:tc>
        <w:tc>
          <w:tcPr>
            <w:tcW w:w="5063" w:type="dxa"/>
            <w:tcMar/>
          </w:tcPr>
          <w:p w:rsidRPr="0023361A" w:rsidR="00047205" w:rsidP="00C3319B" w:rsidRDefault="00047205" w14:paraId="71F64219" w14:textId="77777777">
            <w:pPr>
              <w:spacing w:after="20"/>
            </w:pPr>
            <w:r w:rsidRPr="0023361A">
              <w:rPr>
                <w:b/>
                <w:sz w:val="20"/>
              </w:rPr>
              <w:t>Immigrant Visas (continued), Employment Based Visas</w:t>
            </w:r>
          </w:p>
          <w:p w:rsidRPr="0023361A" w:rsidR="00047205" w:rsidP="00C3319B" w:rsidRDefault="00047205" w14:paraId="0F529DB7" w14:textId="262771CB">
            <w:pPr>
              <w:spacing w:after="20"/>
            </w:pPr>
            <w:r w:rsidRPr="0023361A">
              <w:rPr>
                <w:sz w:val="20"/>
              </w:rPr>
              <w:t xml:space="preserve">Textbook Pages </w:t>
            </w:r>
            <w:r w:rsidRPr="0023361A" w:rsidR="0036343F">
              <w:rPr>
                <w:sz w:val="20"/>
              </w:rPr>
              <w:t>319-346</w:t>
            </w:r>
          </w:p>
          <w:p w:rsidRPr="0023361A" w:rsidR="00047205" w:rsidP="00C3319B" w:rsidRDefault="00047205" w14:paraId="6F7926DB" w14:textId="77777777">
            <w:pPr>
              <w:spacing w:after="20"/>
            </w:pPr>
            <w:r w:rsidRPr="0023361A">
              <w:rPr>
                <w:sz w:val="20"/>
              </w:rPr>
              <w:t>INA §203(b)(1), INA §203(b)(5), 8 C.F.R. § 205</w:t>
            </w:r>
          </w:p>
          <w:p w:rsidRPr="0023361A" w:rsidR="00304242" w:rsidP="00C3319B" w:rsidRDefault="00047205" w14:paraId="653C361C" w14:textId="5FC8A26F">
            <w:pPr>
              <w:spacing w:after="20"/>
              <w:rPr>
                <w:sz w:val="20"/>
              </w:rPr>
            </w:pPr>
            <w:r w:rsidRPr="0023361A">
              <w:rPr>
                <w:sz w:val="20"/>
              </w:rPr>
              <w:t>Problem 4-3</w:t>
            </w:r>
            <w:r w:rsidRPr="0023361A" w:rsidR="00304242">
              <w:rPr>
                <w:sz w:val="20"/>
              </w:rPr>
              <w:t xml:space="preserve"> p. 323 (Luis Marini – Outstanding Business Leader)</w:t>
            </w:r>
          </w:p>
          <w:p w:rsidRPr="0023361A" w:rsidR="00304242" w:rsidP="00C3319B" w:rsidRDefault="00304242" w14:paraId="737B49FE" w14:textId="5BCD32A7">
            <w:pPr>
              <w:spacing w:after="20"/>
              <w:rPr>
                <w:sz w:val="20"/>
              </w:rPr>
            </w:pPr>
            <w:r w:rsidRPr="0023361A">
              <w:rPr>
                <w:sz w:val="20"/>
              </w:rPr>
              <w:t xml:space="preserve">Problem </w:t>
            </w:r>
            <w:r w:rsidRPr="0023361A" w:rsidR="00047205">
              <w:rPr>
                <w:sz w:val="20"/>
              </w:rPr>
              <w:t>4-4</w:t>
            </w:r>
            <w:r w:rsidRPr="0023361A">
              <w:rPr>
                <w:sz w:val="20"/>
              </w:rPr>
              <w:t xml:space="preserve"> p. 325 (</w:t>
            </w:r>
            <w:r w:rsidRPr="0023361A" w:rsidR="0023361A">
              <w:rPr>
                <w:sz w:val="20"/>
              </w:rPr>
              <w:t>Manuel Hayek</w:t>
            </w:r>
            <w:r w:rsidR="0023361A">
              <w:rPr>
                <w:sz w:val="20"/>
              </w:rPr>
              <w:t xml:space="preserve"> – Chief Executive)</w:t>
            </w:r>
          </w:p>
          <w:p w:rsidRPr="0023361A" w:rsidR="00047205" w:rsidP="00C3319B" w:rsidRDefault="0023361A" w14:paraId="15D4944D" w14:textId="2F79678B">
            <w:pPr>
              <w:spacing w:after="20"/>
              <w:rPr>
                <w:lang w:val="es-ES"/>
              </w:rPr>
            </w:pPr>
            <w:proofErr w:type="spellStart"/>
            <w:r w:rsidRPr="0023361A">
              <w:rPr>
                <w:sz w:val="20"/>
                <w:lang w:val="es-ES"/>
              </w:rPr>
              <w:t>Problem</w:t>
            </w:r>
            <w:proofErr w:type="spellEnd"/>
            <w:r w:rsidRPr="0023361A">
              <w:rPr>
                <w:sz w:val="20"/>
                <w:lang w:val="es-ES"/>
              </w:rPr>
              <w:t xml:space="preserve"> </w:t>
            </w:r>
            <w:r w:rsidRPr="0023361A" w:rsidR="00047205">
              <w:rPr>
                <w:sz w:val="20"/>
                <w:lang w:val="es-ES"/>
              </w:rPr>
              <w:t>4-5</w:t>
            </w:r>
            <w:r w:rsidRPr="0023361A">
              <w:rPr>
                <w:sz w:val="20"/>
                <w:lang w:val="es-ES"/>
              </w:rPr>
              <w:t xml:space="preserve"> p. 328 (Alejandra </w:t>
            </w:r>
            <w:proofErr w:type="spellStart"/>
            <w:r w:rsidRPr="0023361A">
              <w:rPr>
                <w:sz w:val="20"/>
                <w:lang w:val="es-ES"/>
              </w:rPr>
              <w:t>Martinez</w:t>
            </w:r>
            <w:proofErr w:type="spellEnd"/>
            <w:r w:rsidRPr="0023361A">
              <w:rPr>
                <w:sz w:val="20"/>
                <w:lang w:val="es-ES"/>
              </w:rPr>
              <w:t xml:space="preserve"> – EB-2</w:t>
            </w:r>
            <w:r>
              <w:rPr>
                <w:sz w:val="20"/>
                <w:lang w:val="es-ES"/>
              </w:rPr>
              <w:t>)</w:t>
            </w:r>
          </w:p>
        </w:tc>
      </w:tr>
      <w:tr w:rsidRPr="0023361A" w:rsidR="00047205" w:rsidTr="5ED248B4" w14:paraId="27D56EFF" w14:textId="77777777">
        <w:tc>
          <w:tcPr>
            <w:tcW w:w="4287" w:type="dxa"/>
            <w:tcMar/>
          </w:tcPr>
          <w:p w:rsidRPr="0023361A" w:rsidR="00047205" w:rsidP="00C3319B" w:rsidRDefault="00047205" w14:paraId="0D20AAB6" w14:textId="67978386">
            <w:pPr>
              <w:spacing w:before="80" w:after="40"/>
            </w:pPr>
            <w:r w:rsidRPr="0023361A">
              <w:rPr>
                <w:b/>
                <w:sz w:val="20"/>
              </w:rPr>
              <w:t>Wednesday</w:t>
            </w:r>
            <w:r w:rsidRPr="0023361A" w:rsidR="004372AE">
              <w:rPr>
                <w:b/>
                <w:sz w:val="20"/>
              </w:rPr>
              <w:t xml:space="preserve">, </w:t>
            </w:r>
            <w:r w:rsidRPr="0023361A">
              <w:rPr>
                <w:b/>
                <w:sz w:val="20"/>
              </w:rPr>
              <w:t>Oct 14</w:t>
            </w:r>
          </w:p>
        </w:tc>
        <w:tc>
          <w:tcPr>
            <w:tcW w:w="5063" w:type="dxa"/>
            <w:tcMar/>
          </w:tcPr>
          <w:p w:rsidRPr="0023361A" w:rsidR="00047205" w:rsidP="00C3319B" w:rsidRDefault="00047205" w14:paraId="3941C363" w14:textId="77777777">
            <w:pPr>
              <w:spacing w:after="20"/>
            </w:pPr>
            <w:r w:rsidRPr="0023361A">
              <w:rPr>
                <w:b/>
                <w:sz w:val="20"/>
              </w:rPr>
              <w:t>Employment Based Visas (continued)</w:t>
            </w:r>
          </w:p>
          <w:p w:rsidRPr="0023361A" w:rsidR="00047205" w:rsidP="00C3319B" w:rsidRDefault="00047205" w14:paraId="2AF17A71" w14:textId="77777777">
            <w:pPr>
              <w:spacing w:after="20"/>
            </w:pPr>
            <w:r w:rsidRPr="0023361A">
              <w:rPr>
                <w:sz w:val="20"/>
              </w:rPr>
              <w:t>Continue Reading from Monday Oct. 12</w:t>
            </w:r>
          </w:p>
          <w:p w:rsidRPr="00CE6165" w:rsidR="00047205" w:rsidP="00C3319B" w:rsidRDefault="00047205" w14:paraId="644D3AA8" w14:textId="77777777">
            <w:pPr>
              <w:spacing w:after="20"/>
              <w:rPr>
                <w:sz w:val="20"/>
                <w:lang w:val="es-ES"/>
              </w:rPr>
            </w:pPr>
            <w:r w:rsidRPr="00CE6165">
              <w:rPr>
                <w:sz w:val="20"/>
                <w:lang w:val="es-ES"/>
              </w:rPr>
              <w:t>INA §203(b)(2), INA §203(b)(3)</w:t>
            </w:r>
          </w:p>
          <w:p w:rsidRPr="00055E89" w:rsidR="00CE6165" w:rsidP="00CE6165" w:rsidRDefault="00CE6165" w14:paraId="190C4C87" w14:textId="5DC40D93">
            <w:pPr>
              <w:spacing w:after="20"/>
              <w:rPr>
                <w:sz w:val="20"/>
                <w:lang w:val="en-GB"/>
              </w:rPr>
            </w:pPr>
            <w:r w:rsidRPr="00055E89">
              <w:rPr>
                <w:sz w:val="20"/>
                <w:lang w:val="en-GB"/>
              </w:rPr>
              <w:t>Problem 4-6</w:t>
            </w:r>
            <w:r w:rsidRPr="00055E89">
              <w:rPr>
                <w:sz w:val="20"/>
                <w:lang w:val="en-GB"/>
              </w:rPr>
              <w:t xml:space="preserve"> p. 335 (Anoop Patel and Country Quotas)</w:t>
            </w:r>
          </w:p>
          <w:p w:rsidRPr="00055E89" w:rsidR="00CE6165" w:rsidP="00C3319B" w:rsidRDefault="00CE6165" w14:paraId="2A9330D2" w14:textId="57DD3A1E">
            <w:pPr>
              <w:spacing w:after="20"/>
              <w:rPr>
                <w:lang w:val="en-GB"/>
              </w:rPr>
            </w:pPr>
            <w:r w:rsidRPr="00055E89">
              <w:rPr>
                <w:sz w:val="20"/>
                <w:lang w:val="en-GB"/>
              </w:rPr>
              <w:t>Problem</w:t>
            </w:r>
            <w:r w:rsidRPr="00055E89">
              <w:rPr>
                <w:sz w:val="20"/>
                <w:lang w:val="en-GB"/>
              </w:rPr>
              <w:t xml:space="preserve"> 4-7</w:t>
            </w:r>
            <w:r w:rsidR="00055E89">
              <w:rPr>
                <w:sz w:val="20"/>
                <w:lang w:val="en-GB"/>
              </w:rPr>
              <w:t xml:space="preserve"> p. 341 (Maria Lopez – Skilled or Unskilled Worker)</w:t>
            </w:r>
          </w:p>
          <w:p w:rsidRPr="0023361A" w:rsidR="00047205" w:rsidP="00C3319B" w:rsidRDefault="00047205" w14:paraId="431AA591" w14:textId="6725F7F5">
            <w:pPr>
              <w:spacing w:after="20"/>
            </w:pPr>
            <w:r w:rsidRPr="5ED248B4" w:rsidR="5ED248B4">
              <w:rPr>
                <w:i w:val="1"/>
                <w:iCs w:val="1"/>
                <w:sz w:val="20"/>
                <w:szCs w:val="20"/>
              </w:rPr>
              <w:t>Note: Material from this class will be combined with October 19. If we are unable to cover all material, recordings will be posted to Blackboard.</w:t>
            </w:r>
          </w:p>
          <w:p w:rsidRPr="0023361A" w:rsidR="00047205" w:rsidP="5ED248B4" w:rsidRDefault="00047205" w14:paraId="44E57AFB" w14:textId="24C9ABCC">
            <w:pPr>
              <w:spacing w:after="20"/>
              <w:rPr>
                <w:i w:val="1"/>
                <w:iCs w:val="1"/>
                <w:sz w:val="20"/>
                <w:szCs w:val="20"/>
              </w:rPr>
            </w:pPr>
          </w:p>
          <w:p w:rsidRPr="0023361A" w:rsidR="00047205" w:rsidP="5ED248B4" w:rsidRDefault="00047205" w14:paraId="7090980E" w14:textId="17EFF497">
            <w:pPr>
              <w:spacing w:after="20"/>
              <w:rPr>
                <w:i w:val="1"/>
                <w:iCs w:val="1"/>
                <w:sz w:val="20"/>
                <w:szCs w:val="20"/>
              </w:rPr>
            </w:pPr>
          </w:p>
          <w:p w:rsidRPr="0023361A" w:rsidR="00047205" w:rsidP="5ED248B4" w:rsidRDefault="00047205" w14:paraId="01D01C2C" w14:textId="427377EE">
            <w:pPr>
              <w:spacing w:after="20"/>
              <w:rPr>
                <w:i w:val="1"/>
                <w:iCs w:val="1"/>
                <w:sz w:val="20"/>
                <w:szCs w:val="20"/>
              </w:rPr>
            </w:pPr>
          </w:p>
        </w:tc>
      </w:tr>
      <w:tr w:rsidRPr="0023361A" w:rsidR="00047205" w:rsidTr="5ED248B4" w14:paraId="7796CFE1" w14:textId="77777777">
        <w:tc>
          <w:tcPr>
            <w:tcW w:w="9350" w:type="dxa"/>
            <w:gridSpan w:val="2"/>
            <w:shd w:val="clear" w:color="auto" w:fill="D6E4F0"/>
            <w:tcMar/>
          </w:tcPr>
          <w:p w:rsidRPr="0023361A" w:rsidR="00047205" w:rsidP="00C3319B" w:rsidRDefault="00047205" w14:paraId="420FEA28" w14:textId="77777777">
            <w:pPr>
              <w:spacing w:before="80" w:after="80"/>
            </w:pPr>
            <w:r w:rsidRPr="0023361A">
              <w:rPr>
                <w:b/>
              </w:rPr>
              <w:t>Week 9</w:t>
            </w:r>
          </w:p>
        </w:tc>
      </w:tr>
      <w:tr w:rsidRPr="0023361A" w:rsidR="00047205" w:rsidTr="5ED248B4" w14:paraId="27FB780E" w14:textId="77777777">
        <w:tc>
          <w:tcPr>
            <w:tcW w:w="4287" w:type="dxa"/>
            <w:tcMar/>
          </w:tcPr>
          <w:p w:rsidRPr="0023361A" w:rsidR="00047205" w:rsidP="00C3319B" w:rsidRDefault="00047205" w14:paraId="6FB1D249" w14:textId="2EB9600F">
            <w:pPr>
              <w:spacing w:before="80" w:after="40"/>
            </w:pPr>
            <w:r w:rsidRPr="0023361A">
              <w:rPr>
                <w:b/>
                <w:sz w:val="20"/>
              </w:rPr>
              <w:t>Monday</w:t>
            </w:r>
            <w:r w:rsidRPr="0023361A" w:rsidR="004372AE">
              <w:rPr>
                <w:b/>
                <w:sz w:val="20"/>
              </w:rPr>
              <w:t xml:space="preserve">, </w:t>
            </w:r>
            <w:r w:rsidRPr="0023361A">
              <w:rPr>
                <w:b/>
                <w:sz w:val="20"/>
              </w:rPr>
              <w:t>Oct 19</w:t>
            </w:r>
          </w:p>
        </w:tc>
        <w:tc>
          <w:tcPr>
            <w:tcW w:w="5063" w:type="dxa"/>
            <w:tcMar/>
          </w:tcPr>
          <w:p w:rsidRPr="0023361A" w:rsidR="00047205" w:rsidP="00C3319B" w:rsidRDefault="00047205" w14:paraId="4DC9D961" w14:textId="24B8F214">
            <w:pPr>
              <w:spacing w:after="20"/>
            </w:pPr>
            <w:r w:rsidRPr="5ED248B4" w:rsidR="5ED248B4">
              <w:rPr>
                <w:b w:val="1"/>
                <w:bCs w:val="1"/>
                <w:sz w:val="20"/>
                <w:szCs w:val="20"/>
              </w:rPr>
              <w:t>EB-5, Consular Processing and Adjustment of Status:</w:t>
            </w:r>
          </w:p>
          <w:p w:rsidRPr="0023361A" w:rsidR="00047205" w:rsidP="00C3319B" w:rsidRDefault="00047205" w14:paraId="53A54AA9" w14:textId="0BCE7063">
            <w:pPr>
              <w:spacing w:after="20"/>
            </w:pPr>
            <w:r w:rsidRPr="0023361A">
              <w:rPr>
                <w:sz w:val="20"/>
              </w:rPr>
              <w:t xml:space="preserve">Textbook Pages </w:t>
            </w:r>
            <w:r w:rsidRPr="0023361A" w:rsidR="004372AE">
              <w:rPr>
                <w:sz w:val="20"/>
              </w:rPr>
              <w:t>346-3</w:t>
            </w:r>
            <w:r w:rsidRPr="0023361A" w:rsidR="009A0668">
              <w:rPr>
                <w:sz w:val="20"/>
              </w:rPr>
              <w:t>74</w:t>
            </w:r>
          </w:p>
          <w:p w:rsidRPr="0023361A" w:rsidR="00047205" w:rsidP="00C3319B" w:rsidRDefault="00047205" w14:paraId="0C16ED77" w14:textId="77777777">
            <w:pPr>
              <w:spacing w:after="20"/>
              <w:rPr>
                <w:sz w:val="20"/>
              </w:rPr>
            </w:pPr>
            <w:r w:rsidRPr="0023361A">
              <w:rPr>
                <w:sz w:val="20"/>
              </w:rPr>
              <w:t xml:space="preserve">     – Skim </w:t>
            </w:r>
            <w:r w:rsidRPr="0023361A">
              <w:rPr>
                <w:i/>
                <w:iCs/>
                <w:sz w:val="20"/>
              </w:rPr>
              <w:t>In re Hall</w:t>
            </w:r>
            <w:r w:rsidRPr="0023361A">
              <w:rPr>
                <w:sz w:val="20"/>
              </w:rPr>
              <w:t xml:space="preserve"> (BIA 1982)</w:t>
            </w:r>
          </w:p>
          <w:p w:rsidR="00DB7FB6" w:rsidP="5ED248B4" w:rsidRDefault="00047205" w14:paraId="69590064" w14:textId="588FFF7F">
            <w:pPr>
              <w:spacing w:after="20"/>
              <w:rPr>
                <w:sz w:val="20"/>
                <w:szCs w:val="20"/>
              </w:rPr>
            </w:pPr>
            <w:r w:rsidRPr="5ED248B4" w:rsidR="5ED248B4">
              <w:rPr>
                <w:sz w:val="20"/>
                <w:szCs w:val="20"/>
              </w:rPr>
              <w:t>Optional Problem 4-</w:t>
            </w:r>
            <w:r w:rsidRPr="5ED248B4" w:rsidR="5ED248B4">
              <w:rPr>
                <w:sz w:val="20"/>
                <w:szCs w:val="20"/>
              </w:rPr>
              <w:t>8</w:t>
            </w:r>
            <w:r w:rsidRPr="5ED248B4" w:rsidR="5ED248B4">
              <w:rPr>
                <w:sz w:val="20"/>
                <w:szCs w:val="20"/>
              </w:rPr>
              <w:t xml:space="preserve"> </w:t>
            </w:r>
            <w:r w:rsidRPr="5ED248B4" w:rsidR="5ED248B4">
              <w:rPr>
                <w:sz w:val="20"/>
                <w:szCs w:val="20"/>
              </w:rPr>
              <w:t xml:space="preserve">p.  </w:t>
            </w:r>
            <w:r w:rsidRPr="5ED248B4" w:rsidR="5ED248B4">
              <w:rPr>
                <w:sz w:val="20"/>
                <w:szCs w:val="20"/>
              </w:rPr>
              <w:t>345 (Anthony/Anoop Investment)</w:t>
            </w:r>
          </w:p>
          <w:p w:rsidR="00DB7FB6" w:rsidP="5ED248B4" w:rsidRDefault="00DB7FB6" w14:paraId="0724A420" w14:textId="585EA9B9">
            <w:pPr>
              <w:pStyle w:val="Normal"/>
              <w:spacing w:after="20"/>
              <w:rPr>
                <w:sz w:val="20"/>
                <w:szCs w:val="20"/>
              </w:rPr>
            </w:pPr>
            <w:r w:rsidRPr="5ED248B4" w:rsidR="5ED248B4">
              <w:rPr>
                <w:sz w:val="20"/>
                <w:szCs w:val="20"/>
              </w:rPr>
              <w:t xml:space="preserve">Problem </w:t>
            </w:r>
            <w:r w:rsidRPr="5ED248B4" w:rsidR="5ED248B4">
              <w:rPr>
                <w:sz w:val="20"/>
                <w:szCs w:val="20"/>
              </w:rPr>
              <w:t>4-9</w:t>
            </w:r>
            <w:r w:rsidRPr="5ED248B4" w:rsidR="5ED248B4">
              <w:rPr>
                <w:sz w:val="20"/>
                <w:szCs w:val="20"/>
              </w:rPr>
              <w:t xml:space="preserve"> p.  </w:t>
            </w:r>
            <w:r w:rsidRPr="5ED248B4" w:rsidR="5ED248B4">
              <w:rPr>
                <w:sz w:val="20"/>
                <w:szCs w:val="20"/>
              </w:rPr>
              <w:t>351 (Anthony and Celia – Elopement)</w:t>
            </w:r>
          </w:p>
          <w:p w:rsidRPr="0023361A" w:rsidR="00047205" w:rsidP="00C3319B" w:rsidRDefault="009A0668" w14:paraId="3C17C68A" w14:textId="057B26D5">
            <w:pPr>
              <w:spacing w:after="20"/>
            </w:pPr>
            <w:r w:rsidRPr="5ED248B4" w:rsidR="5ED248B4">
              <w:rPr>
                <w:sz w:val="20"/>
                <w:szCs w:val="20"/>
              </w:rPr>
              <w:t>Problem 4-12 p. 369 (Mahmoud, family adjustment)</w:t>
            </w:r>
          </w:p>
          <w:p w:rsidRPr="0023361A" w:rsidR="004372AE" w:rsidP="00C3319B" w:rsidRDefault="004372AE" w14:paraId="18DB6072" w14:textId="77777777">
            <w:pPr>
              <w:spacing w:after="20"/>
              <w:rPr>
                <w:sz w:val="20"/>
              </w:rPr>
            </w:pPr>
            <w:r w:rsidRPr="0023361A">
              <w:rPr>
                <w:sz w:val="20"/>
              </w:rPr>
              <w:t>Questions:</w:t>
            </w:r>
          </w:p>
          <w:p w:rsidRPr="0023361A" w:rsidR="004372AE" w:rsidP="00C3319B" w:rsidRDefault="00047205" w14:paraId="6E573971" w14:textId="77777777">
            <w:pPr>
              <w:pStyle w:val="ListParagraph"/>
              <w:numPr>
                <w:ilvl w:val="0"/>
                <w:numId w:val="17"/>
              </w:numPr>
              <w:spacing w:after="20"/>
            </w:pPr>
            <w:r w:rsidRPr="0023361A">
              <w:rPr>
                <w:sz w:val="20"/>
              </w:rPr>
              <w:t>Try to make a checklist of pros and cons in pursuing consular processing v. adjustment of status.</w:t>
            </w:r>
          </w:p>
          <w:p w:rsidRPr="0023361A" w:rsidR="00047205" w:rsidP="5ED248B4" w:rsidRDefault="00047205" w14:paraId="331E8B85" w14:textId="0C7C738D">
            <w:pPr>
              <w:pStyle w:val="ListParagraph"/>
              <w:numPr>
                <w:ilvl w:val="0"/>
                <w:numId w:val="17"/>
              </w:numPr>
              <w:spacing w:after="20"/>
              <w:rPr>
                <w:sz w:val="20"/>
                <w:szCs w:val="20"/>
              </w:rPr>
            </w:pPr>
            <w:r w:rsidRPr="5ED248B4" w:rsidR="5ED248B4">
              <w:rPr>
                <w:sz w:val="20"/>
                <w:szCs w:val="20"/>
              </w:rPr>
              <w:t xml:space="preserve">Who is barred from adjustment? Read INA </w:t>
            </w:r>
          </w:p>
          <w:p w:rsidRPr="0023361A" w:rsidR="00047205" w:rsidP="5ED248B4" w:rsidRDefault="00047205" w14:paraId="4834B5FB" w14:textId="41746A0D">
            <w:pPr>
              <w:pStyle w:val="ListParagraph"/>
              <w:spacing w:after="20"/>
              <w:ind w:left="720"/>
            </w:pPr>
            <w:r w:rsidRPr="5ED248B4" w:rsidR="5ED248B4">
              <w:rPr>
                <w:sz w:val="20"/>
                <w:szCs w:val="20"/>
              </w:rPr>
              <w:t>§ 245 carefully.</w:t>
            </w:r>
          </w:p>
          <w:p w:rsidRPr="0023361A" w:rsidR="00245862" w:rsidP="00245862" w:rsidRDefault="009A0668" w14:paraId="58FB1884" w14:textId="3A10A596">
            <w:pPr>
              <w:spacing w:after="20"/>
            </w:pPr>
            <w:r w:rsidRPr="5ED248B4" w:rsidR="5ED248B4">
              <w:rPr>
                <w:i w:val="1"/>
                <w:iCs w:val="1"/>
              </w:rPr>
              <w:t>We will focus on problem 4-12 but, to solidify your understanding of the visa queues, we recommend that you skim problems 4-11 and 4-13</w:t>
            </w:r>
            <w:r w:rsidRPr="5ED248B4" w:rsidR="5ED248B4">
              <w:rPr>
                <w:i w:val="1"/>
                <w:iCs w:val="1"/>
              </w:rPr>
              <w:t>.</w:t>
            </w:r>
            <w:r w:rsidRPr="5ED248B4" w:rsidR="5ED248B4">
              <w:rPr>
                <w:i w:val="1"/>
                <w:iCs w:val="1"/>
              </w:rPr>
              <w:t xml:space="preserve">  </w:t>
            </w:r>
            <w:r w:rsidRPr="5ED248B4" w:rsidR="5ED248B4">
              <w:rPr>
                <w:i w:val="1"/>
                <w:iCs w:val="1"/>
                <w:sz w:val="20"/>
                <w:szCs w:val="20"/>
              </w:rPr>
              <w:t xml:space="preserve">Visit </w:t>
            </w:r>
            <w:hyperlink r:id="R6cb09a90a19044b6">
              <w:r w:rsidRPr="5ED248B4" w:rsidR="5ED248B4">
                <w:rPr>
                  <w:rStyle w:val="Hyperlink"/>
                  <w:i w:val="1"/>
                  <w:iCs w:val="1"/>
                  <w:sz w:val="20"/>
                  <w:szCs w:val="20"/>
                </w:rPr>
                <w:t>www.migrantcompas.com</w:t>
              </w:r>
            </w:hyperlink>
            <w:r w:rsidRPr="5ED248B4" w:rsidR="5ED248B4">
              <w:rPr>
                <w:i w:val="1"/>
                <w:iCs w:val="1"/>
                <w:sz w:val="20"/>
                <w:szCs w:val="20"/>
              </w:rPr>
              <w:t xml:space="preserve"> and use the tools there to try to calculate the priority date wait times for these problems.</w:t>
            </w:r>
          </w:p>
          <w:p w:rsidRPr="0023361A" w:rsidR="009A0668" w:rsidP="009A0668" w:rsidRDefault="009A0668" w14:paraId="6303E881" w14:textId="33E86A6D">
            <w:pPr>
              <w:spacing w:after="20"/>
              <w:rPr>
                <w:i/>
                <w:iCs/>
              </w:rPr>
            </w:pPr>
          </w:p>
        </w:tc>
      </w:tr>
      <w:tr w:rsidRPr="0023361A" w:rsidR="00047205" w:rsidTr="5ED248B4" w14:paraId="742427D9" w14:textId="77777777">
        <w:tc>
          <w:tcPr>
            <w:tcW w:w="4287" w:type="dxa"/>
            <w:tcMar/>
          </w:tcPr>
          <w:p w:rsidRPr="0023361A" w:rsidR="00047205" w:rsidP="00C3319B" w:rsidRDefault="00047205" w14:paraId="753966BB" w14:textId="17D4D9C5">
            <w:pPr>
              <w:spacing w:before="80" w:after="40"/>
            </w:pPr>
            <w:r w:rsidRPr="0023361A">
              <w:rPr>
                <w:b/>
                <w:sz w:val="20"/>
              </w:rPr>
              <w:t>Wednesday</w:t>
            </w:r>
            <w:r w:rsidRPr="0023361A" w:rsidR="004372AE">
              <w:rPr>
                <w:b/>
                <w:sz w:val="20"/>
              </w:rPr>
              <w:t xml:space="preserve">, </w:t>
            </w:r>
            <w:r w:rsidRPr="0023361A">
              <w:rPr>
                <w:b/>
                <w:sz w:val="20"/>
              </w:rPr>
              <w:t>Oct 21</w:t>
            </w:r>
          </w:p>
        </w:tc>
        <w:tc>
          <w:tcPr>
            <w:tcW w:w="5063" w:type="dxa"/>
            <w:tcMar/>
          </w:tcPr>
          <w:p w:rsidRPr="0023361A" w:rsidR="00AC7406" w:rsidP="00AC7406" w:rsidRDefault="00AC7406" w14:paraId="4BD9406A" w14:textId="77777777">
            <w:pPr>
              <w:spacing w:after="20"/>
            </w:pPr>
            <w:r w:rsidRPr="0023361A">
              <w:rPr>
                <w:b/>
                <w:sz w:val="20"/>
              </w:rPr>
              <w:t>Inadmissibility</w:t>
            </w:r>
          </w:p>
          <w:p w:rsidRPr="0023361A" w:rsidR="00AC7406" w:rsidP="00AC7406" w:rsidRDefault="00AC7406" w14:paraId="6888F5E7" w14:textId="77777777">
            <w:pPr>
              <w:spacing w:after="20"/>
            </w:pPr>
            <w:r w:rsidRPr="0023361A">
              <w:rPr>
                <w:sz w:val="20"/>
              </w:rPr>
              <w:t>Textbook Pages 375-410</w:t>
            </w:r>
          </w:p>
          <w:p w:rsidRPr="0023361A" w:rsidR="00AC7406" w:rsidP="00AC7406" w:rsidRDefault="00AC7406" w14:paraId="694E7F20" w14:textId="77777777">
            <w:pPr>
              <w:spacing w:after="20"/>
            </w:pPr>
            <w:r w:rsidRPr="0023361A">
              <w:rPr>
                <w:sz w:val="20"/>
              </w:rPr>
              <w:t xml:space="preserve">     – Read </w:t>
            </w:r>
            <w:r w:rsidRPr="0023361A">
              <w:rPr>
                <w:i/>
                <w:iCs/>
                <w:sz w:val="20"/>
              </w:rPr>
              <w:t>Kleindienst v. Mandel</w:t>
            </w:r>
            <w:r w:rsidRPr="0023361A">
              <w:rPr>
                <w:sz w:val="20"/>
              </w:rPr>
              <w:t xml:space="preserve"> (1972)</w:t>
            </w:r>
          </w:p>
          <w:p w:rsidRPr="0023361A" w:rsidR="00AC7406" w:rsidP="00AC7406" w:rsidRDefault="00AC7406" w14:paraId="036FD129" w14:textId="77777777">
            <w:pPr>
              <w:spacing w:after="20"/>
            </w:pPr>
            <w:r w:rsidRPr="0023361A">
              <w:rPr>
                <w:sz w:val="20"/>
              </w:rPr>
              <w:t xml:space="preserve">     – Skim </w:t>
            </w:r>
            <w:r w:rsidRPr="0023361A">
              <w:rPr>
                <w:i/>
                <w:iCs/>
                <w:sz w:val="20"/>
              </w:rPr>
              <w:t>Trump v. Hawaii</w:t>
            </w:r>
            <w:r w:rsidRPr="0023361A">
              <w:rPr>
                <w:sz w:val="20"/>
              </w:rPr>
              <w:t xml:space="preserve"> (2018)</w:t>
            </w:r>
          </w:p>
          <w:p w:rsidRPr="0023361A" w:rsidR="00FE2F09" w:rsidP="00AC7406" w:rsidRDefault="00AC7406" w14:paraId="304B3356" w14:textId="77777777">
            <w:pPr>
              <w:spacing w:after="20"/>
              <w:rPr>
                <w:sz w:val="20"/>
              </w:rPr>
            </w:pPr>
            <w:r w:rsidRPr="0023361A">
              <w:rPr>
                <w:sz w:val="20"/>
              </w:rPr>
              <w:t xml:space="preserve">     – Read </w:t>
            </w:r>
            <w:r w:rsidRPr="0023361A">
              <w:rPr>
                <w:i/>
                <w:iCs/>
                <w:sz w:val="20"/>
              </w:rPr>
              <w:t>Dept of State v. Muñoz</w:t>
            </w:r>
            <w:r w:rsidRPr="0023361A">
              <w:rPr>
                <w:sz w:val="20"/>
              </w:rPr>
              <w:t xml:space="preserve"> (2024)</w:t>
            </w:r>
          </w:p>
          <w:p w:rsidRPr="0023361A" w:rsidR="00AC7406" w:rsidP="00AC7406" w:rsidRDefault="00FE2F09" w14:paraId="6B49C89F" w14:textId="1754ED28">
            <w:pPr>
              <w:spacing w:after="20"/>
              <w:rPr>
                <w:sz w:val="20"/>
              </w:rPr>
            </w:pPr>
            <w:r w:rsidRPr="0023361A">
              <w:rPr>
                <w:sz w:val="20"/>
              </w:rPr>
              <w:t xml:space="preserve">Read </w:t>
            </w:r>
            <w:r w:rsidRPr="0023361A" w:rsidR="00AC7406">
              <w:rPr>
                <w:sz w:val="20"/>
              </w:rPr>
              <w:t xml:space="preserve">INA §§ </w:t>
            </w:r>
            <w:r w:rsidRPr="0023361A">
              <w:rPr>
                <w:sz w:val="20"/>
              </w:rPr>
              <w:t xml:space="preserve">212(a)(2), </w:t>
            </w:r>
            <w:r w:rsidRPr="0023361A" w:rsidR="00AC7406">
              <w:rPr>
                <w:sz w:val="20"/>
              </w:rPr>
              <w:t>212(a)(3) and 212(f)</w:t>
            </w:r>
          </w:p>
          <w:p w:rsidRPr="0023361A" w:rsidR="00047205" w:rsidP="5ED248B4" w:rsidRDefault="00AC7406" w14:paraId="7934A829" w14:textId="64A83CAD">
            <w:pPr>
              <w:spacing w:after="20"/>
              <w:rPr>
                <w:sz w:val="20"/>
                <w:szCs w:val="20"/>
              </w:rPr>
            </w:pPr>
            <w:r w:rsidRPr="5ED248B4" w:rsidR="5ED248B4">
              <w:rPr>
                <w:sz w:val="20"/>
                <w:szCs w:val="20"/>
              </w:rPr>
              <w:t>Problem 5-2 (Patrick Ogedengbe Protester) p 398</w:t>
            </w:r>
          </w:p>
        </w:tc>
      </w:tr>
      <w:tr w:rsidRPr="0023361A" w:rsidR="00047205" w:rsidTr="5ED248B4" w14:paraId="36F0561A" w14:textId="77777777">
        <w:tc>
          <w:tcPr>
            <w:tcW w:w="9350" w:type="dxa"/>
            <w:gridSpan w:val="2"/>
            <w:shd w:val="clear" w:color="auto" w:fill="D6E4F0"/>
            <w:tcMar/>
          </w:tcPr>
          <w:p w:rsidRPr="0023361A" w:rsidR="00047205" w:rsidP="00C3319B" w:rsidRDefault="00047205" w14:paraId="2A19B2E2" w14:textId="77777777">
            <w:pPr>
              <w:spacing w:before="80" w:after="80"/>
            </w:pPr>
            <w:r w:rsidRPr="0023361A">
              <w:rPr>
                <w:b/>
              </w:rPr>
              <w:t>Week 10</w:t>
            </w:r>
          </w:p>
        </w:tc>
      </w:tr>
      <w:tr w:rsidRPr="0023361A" w:rsidR="00047205" w:rsidTr="5ED248B4" w14:paraId="6D180C3C" w14:textId="77777777">
        <w:tc>
          <w:tcPr>
            <w:tcW w:w="4287" w:type="dxa"/>
            <w:tcMar/>
          </w:tcPr>
          <w:p w:rsidRPr="0023361A" w:rsidR="00047205" w:rsidP="00C3319B" w:rsidRDefault="00047205" w14:paraId="3D2400A8" w14:textId="77777777">
            <w:pPr>
              <w:spacing w:before="80" w:after="40"/>
            </w:pPr>
            <w:r w:rsidRPr="0023361A">
              <w:rPr>
                <w:b/>
                <w:sz w:val="20"/>
              </w:rPr>
              <w:t>Monday</w:t>
            </w:r>
            <w:r w:rsidRPr="0023361A">
              <w:rPr>
                <w:b/>
                <w:sz w:val="20"/>
              </w:rPr>
              <w:br/>
            </w:r>
            <w:r w:rsidRPr="0023361A">
              <w:rPr>
                <w:b/>
                <w:sz w:val="20"/>
              </w:rPr>
              <w:t>Oct 26</w:t>
            </w:r>
          </w:p>
        </w:tc>
        <w:tc>
          <w:tcPr>
            <w:tcW w:w="5063" w:type="dxa"/>
            <w:tcMar/>
          </w:tcPr>
          <w:p w:rsidRPr="0023361A" w:rsidR="00AC7406" w:rsidP="00AC7406" w:rsidRDefault="00FE2F09" w14:paraId="787FDAD1" w14:textId="12FD2A27">
            <w:pPr>
              <w:spacing w:after="20"/>
            </w:pPr>
            <w:r w:rsidRPr="0023361A">
              <w:rPr>
                <w:b/>
                <w:sz w:val="20"/>
              </w:rPr>
              <w:t>Presence Without Admission and Immigration Related Violations</w:t>
            </w:r>
          </w:p>
          <w:p w:rsidRPr="0023361A" w:rsidR="00AC7406" w:rsidP="00AC7406" w:rsidRDefault="00AC7406" w14:paraId="5BFA7A16" w14:textId="30EE5B7B">
            <w:pPr>
              <w:spacing w:after="20"/>
              <w:rPr>
                <w:sz w:val="20"/>
              </w:rPr>
            </w:pPr>
            <w:r w:rsidRPr="0023361A">
              <w:rPr>
                <w:sz w:val="20"/>
              </w:rPr>
              <w:t>Textbook Pages 41</w:t>
            </w:r>
            <w:r w:rsidRPr="0023361A" w:rsidR="00FE2F09">
              <w:rPr>
                <w:sz w:val="20"/>
              </w:rPr>
              <w:t>3</w:t>
            </w:r>
            <w:r w:rsidRPr="0023361A">
              <w:rPr>
                <w:sz w:val="20"/>
              </w:rPr>
              <w:t>-4</w:t>
            </w:r>
            <w:r w:rsidRPr="0023361A" w:rsidR="00A36675">
              <w:rPr>
                <w:sz w:val="20"/>
              </w:rPr>
              <w:t>30</w:t>
            </w:r>
          </w:p>
          <w:p w:rsidRPr="0023361A" w:rsidR="002A0364" w:rsidP="002A0364" w:rsidRDefault="002A0364" w14:paraId="7332AE89" w14:textId="77777777">
            <w:pPr>
              <w:spacing w:after="20"/>
            </w:pPr>
            <w:r w:rsidRPr="5ED248B4" w:rsidR="5ED248B4">
              <w:rPr>
                <w:sz w:val="20"/>
                <w:szCs w:val="20"/>
              </w:rPr>
              <w:t xml:space="preserve">     – Read </w:t>
            </w:r>
            <w:r w:rsidRPr="5ED248B4" w:rsidR="5ED248B4">
              <w:rPr>
                <w:i w:val="1"/>
                <w:iCs w:val="1"/>
                <w:sz w:val="20"/>
                <w:szCs w:val="20"/>
              </w:rPr>
              <w:t xml:space="preserve">In re </w:t>
            </w:r>
            <w:r w:rsidRPr="5ED248B4" w:rsidR="5ED248B4">
              <w:rPr>
                <w:i w:val="1"/>
                <w:iCs w:val="1"/>
                <w:sz w:val="20"/>
                <w:szCs w:val="20"/>
              </w:rPr>
              <w:t>Arrabally</w:t>
            </w:r>
            <w:r w:rsidRPr="5ED248B4" w:rsidR="5ED248B4">
              <w:rPr>
                <w:i w:val="1"/>
                <w:iCs w:val="1"/>
                <w:sz w:val="20"/>
                <w:szCs w:val="20"/>
              </w:rPr>
              <w:t xml:space="preserve"> and </w:t>
            </w:r>
            <w:r w:rsidRPr="5ED248B4" w:rsidR="5ED248B4">
              <w:rPr>
                <w:i w:val="1"/>
                <w:iCs w:val="1"/>
                <w:sz w:val="20"/>
                <w:szCs w:val="20"/>
              </w:rPr>
              <w:t>Yerrabelly</w:t>
            </w:r>
            <w:r w:rsidRPr="5ED248B4" w:rsidR="5ED248B4">
              <w:rPr>
                <w:sz w:val="20"/>
                <w:szCs w:val="20"/>
              </w:rPr>
              <w:t xml:space="preserve"> (BIA 2012)</w:t>
            </w:r>
          </w:p>
          <w:p w:rsidR="5ED248B4" w:rsidP="5ED248B4" w:rsidRDefault="5ED248B4" w14:paraId="0C2F772C" w14:textId="593BD2C0">
            <w:pPr>
              <w:spacing w:after="20"/>
            </w:pPr>
            <w:r w:rsidRPr="5ED248B4" w:rsidR="5ED248B4">
              <w:rPr>
                <w:sz w:val="20"/>
                <w:szCs w:val="20"/>
              </w:rPr>
              <w:t>-check Blackboard for new BIA case on advance parole and departures/admission</w:t>
            </w:r>
          </w:p>
          <w:p w:rsidRPr="0023361A" w:rsidR="002A0364" w:rsidP="00AC7406" w:rsidRDefault="002A0364" w14:paraId="3B8833A9" w14:textId="77777777">
            <w:pPr>
              <w:spacing w:after="20"/>
              <w:rPr>
                <w:sz w:val="20"/>
              </w:rPr>
            </w:pPr>
          </w:p>
          <w:p w:rsidRPr="0023361A" w:rsidR="00C57444" w:rsidP="5ED248B4" w:rsidRDefault="00AC7406" w14:paraId="604589D1" w14:textId="29135827">
            <w:pPr>
              <w:spacing w:after="20"/>
              <w:rPr>
                <w:sz w:val="20"/>
                <w:szCs w:val="20"/>
              </w:rPr>
            </w:pPr>
            <w:r w:rsidRPr="5ED248B4" w:rsidR="5ED248B4">
              <w:rPr>
                <w:sz w:val="20"/>
                <w:szCs w:val="20"/>
              </w:rPr>
              <w:t>INA §§ 245, 212(a)(9) — This is one of the most important statutes in the entire code. Do you understand why?</w:t>
            </w:r>
          </w:p>
          <w:p w:rsidRPr="0023361A" w:rsidR="00DD67A9" w:rsidP="00C3319B" w:rsidRDefault="00DD67A9" w14:paraId="310CAA8F" w14:textId="77777777">
            <w:pPr>
              <w:spacing w:after="20"/>
            </w:pPr>
          </w:p>
          <w:p w:rsidRPr="0023361A" w:rsidR="00DD67A9" w:rsidP="00C3319B" w:rsidRDefault="00DD67A9" w14:paraId="609722F9" w14:textId="00CF34EE">
            <w:pPr>
              <w:spacing w:after="20"/>
            </w:pPr>
            <w:r w:rsidR="5ED248B4">
              <w:rPr/>
              <w:t>Using the facts of problem 3-4.2 on page 202, assume Sherry never left and has been out of status for 2 years</w:t>
            </w:r>
            <w:r w:rsidR="5ED248B4">
              <w:rPr/>
              <w:t xml:space="preserve">.  </w:t>
            </w:r>
            <w:r w:rsidR="5ED248B4">
              <w:rPr/>
              <w:t>She and Edgar have married, and Sherry would like to apply for adjustment of status based on Edgar’s approved petition</w:t>
            </w:r>
            <w:r w:rsidR="5ED248B4">
              <w:rPr/>
              <w:t xml:space="preserve">.  </w:t>
            </w:r>
            <w:r w:rsidR="5ED248B4">
              <w:rPr/>
              <w:t>Can Sherry adjust</w:t>
            </w:r>
            <w:r w:rsidR="5ED248B4">
              <w:rPr/>
              <w:t xml:space="preserve">?  </w:t>
            </w:r>
            <w:r w:rsidR="5ED248B4">
              <w:rPr/>
              <w:t xml:space="preserve">If she </w:t>
            </w:r>
            <w:r w:rsidR="5ED248B4">
              <w:rPr/>
              <w:t>departs</w:t>
            </w:r>
            <w:r w:rsidR="5ED248B4">
              <w:rPr/>
              <w:t xml:space="preserve">  the U.S. </w:t>
            </w:r>
            <w:r w:rsidR="5ED248B4">
              <w:rPr/>
              <w:t>to consular</w:t>
            </w:r>
            <w:r w:rsidR="5ED248B4">
              <w:rPr/>
              <w:t xml:space="preserve"> process, will she trigger the overstay </w:t>
            </w:r>
            <w:r w:rsidR="5ED248B4">
              <w:rPr/>
              <w:t>bar?</w:t>
            </w:r>
          </w:p>
          <w:p w:rsidRPr="0023361A" w:rsidR="00A36675" w:rsidP="00C3319B" w:rsidRDefault="00A36675" w14:paraId="3C982C80" w14:textId="77777777">
            <w:pPr>
              <w:spacing w:after="20"/>
            </w:pPr>
          </w:p>
          <w:p w:rsidRPr="0023361A" w:rsidR="00A36675" w:rsidP="00C3319B" w:rsidRDefault="0056720A" w14:paraId="004EE0F0" w14:textId="51396932">
            <w:pPr>
              <w:spacing w:after="20"/>
            </w:pPr>
            <w:r w:rsidR="5ED248B4">
              <w:rPr/>
              <w:t xml:space="preserve">Read - </w:t>
            </w:r>
            <w:r w:rsidR="5ED248B4">
              <w:rPr/>
              <w:t>n</w:t>
            </w:r>
            <w:r w:rsidR="5ED248B4">
              <w:rPr/>
              <w:t xml:space="preserve">ew Supreme Court Case </w:t>
            </w:r>
            <w:r w:rsidRPr="5ED248B4" w:rsidR="5ED248B4">
              <w:rPr>
                <w:i w:val="1"/>
                <w:iCs w:val="1"/>
              </w:rPr>
              <w:t xml:space="preserve">Blanche v. Muk Choi Lau </w:t>
            </w:r>
            <w:r w:rsidR="5ED248B4">
              <w:rPr/>
              <w:t>(posted in Blackboard)</w:t>
            </w:r>
            <w:r w:rsidR="5ED248B4">
              <w:rPr/>
              <w:t xml:space="preserve"> and INA §§ 212(a)(2) and 101(a)(13)(C)</w:t>
            </w:r>
            <w:r w:rsidR="5ED248B4">
              <w:rPr/>
              <w:t>.</w:t>
            </w:r>
            <w:r w:rsidR="5ED248B4">
              <w:rPr/>
              <w:t xml:space="preserve">  Carefully review the case and decide whether you would have admitted Mr. Muk Choi Lau if you were the inspecting officer</w:t>
            </w:r>
            <w:r w:rsidR="5ED248B4">
              <w:rPr/>
              <w:t xml:space="preserve">.  </w:t>
            </w:r>
            <w:r w:rsidR="5ED248B4">
              <w:rPr/>
              <w:t>We will continue our discussion of criminal conduct and inadmissibility in the next class.</w:t>
            </w:r>
          </w:p>
        </w:tc>
      </w:tr>
      <w:tr w:rsidRPr="0023361A" w:rsidR="00047205" w:rsidTr="5ED248B4" w14:paraId="725D2097" w14:textId="77777777">
        <w:tc>
          <w:tcPr>
            <w:tcW w:w="4287" w:type="dxa"/>
            <w:tcMar/>
          </w:tcPr>
          <w:p w:rsidRPr="0023361A" w:rsidR="00047205" w:rsidP="00C3319B" w:rsidRDefault="00047205" w14:paraId="4E9A4AB7" w14:textId="1105E0E3">
            <w:pPr>
              <w:spacing w:before="80" w:after="40"/>
            </w:pPr>
            <w:r w:rsidRPr="0023361A">
              <w:rPr>
                <w:b/>
                <w:sz w:val="20"/>
              </w:rPr>
              <w:t>Wednesday</w:t>
            </w:r>
            <w:r w:rsidRPr="0023361A" w:rsidR="004372AE">
              <w:rPr>
                <w:b/>
                <w:sz w:val="20"/>
              </w:rPr>
              <w:t xml:space="preserve">, </w:t>
            </w:r>
            <w:r w:rsidRPr="0023361A">
              <w:rPr>
                <w:b/>
                <w:sz w:val="20"/>
              </w:rPr>
              <w:t>Oct 28</w:t>
            </w:r>
          </w:p>
        </w:tc>
        <w:tc>
          <w:tcPr>
            <w:tcW w:w="5063" w:type="dxa"/>
            <w:tcMar/>
          </w:tcPr>
          <w:p w:rsidRPr="0023361A" w:rsidR="00047205" w:rsidP="00C3319B" w:rsidRDefault="00047205" w14:paraId="10312C5E" w14:textId="77777777">
            <w:pPr>
              <w:spacing w:after="20"/>
            </w:pPr>
            <w:r w:rsidRPr="0023361A">
              <w:rPr>
                <w:b/>
                <w:sz w:val="20"/>
              </w:rPr>
              <w:t>Inadmissibility (continued)</w:t>
            </w:r>
          </w:p>
          <w:p w:rsidRPr="0023361A" w:rsidR="00047205" w:rsidP="00C3319B" w:rsidRDefault="00047205" w14:paraId="497FDC7A" w14:textId="60C37B2C">
            <w:pPr>
              <w:spacing w:after="20"/>
            </w:pPr>
            <w:r w:rsidRPr="5ED248B4" w:rsidR="5ED248B4">
              <w:rPr>
                <w:sz w:val="20"/>
                <w:szCs w:val="20"/>
              </w:rPr>
              <w:t xml:space="preserve">Textbook Pages </w:t>
            </w:r>
            <w:r w:rsidRPr="5ED248B4" w:rsidR="5ED248B4">
              <w:rPr>
                <w:sz w:val="20"/>
                <w:szCs w:val="20"/>
              </w:rPr>
              <w:t>430-443</w:t>
            </w:r>
          </w:p>
          <w:p w:rsidRPr="0023361A" w:rsidR="00047205" w:rsidP="00C3319B" w:rsidRDefault="00047205" w14:paraId="54520026" w14:textId="68A09642">
            <w:pPr>
              <w:spacing w:after="20"/>
              <w:rPr>
                <w:sz w:val="20"/>
              </w:rPr>
            </w:pPr>
            <w:r w:rsidRPr="0023361A">
              <w:rPr>
                <w:sz w:val="20"/>
              </w:rPr>
              <w:t xml:space="preserve">     – </w:t>
            </w:r>
            <w:hyperlink w:history="1" r:id="rId13">
              <w:r w:rsidRPr="0023361A" w:rsidR="00A629A3">
                <w:rPr>
                  <w:rStyle w:val="Hyperlink"/>
                  <w:sz w:val="20"/>
                </w:rPr>
                <w:t>https://fam.state.gov/Volumes/Details/09FAM</w:t>
              </w:r>
            </w:hyperlink>
            <w:r w:rsidRPr="0023361A" w:rsidR="00A629A3">
              <w:rPr>
                <w:sz w:val="20"/>
              </w:rPr>
              <w:t xml:space="preserve"> (302.2, 302.3, 302.4)</w:t>
            </w:r>
          </w:p>
          <w:p w:rsidRPr="0023361A" w:rsidR="006C4561" w:rsidP="00C3319B" w:rsidRDefault="006C4561" w14:paraId="5BC656ED" w14:textId="77777777">
            <w:pPr>
              <w:spacing w:after="20"/>
            </w:pPr>
          </w:p>
          <w:p w:rsidRPr="0023361A" w:rsidR="006C4561" w:rsidP="00C3319B" w:rsidRDefault="006C4561" w14:paraId="53BC7F20" w14:textId="39F97170">
            <w:pPr>
              <w:spacing w:after="20"/>
            </w:pPr>
            <w:r w:rsidR="5ED248B4">
              <w:rPr/>
              <w:t xml:space="preserve">Read </w:t>
            </w:r>
            <w:r w:rsidRPr="5ED248B4" w:rsidR="5ED248B4">
              <w:rPr>
                <w:i w:val="1"/>
                <w:iCs w:val="1"/>
              </w:rPr>
              <w:t>Matter of K</w:t>
            </w:r>
            <w:r w:rsidRPr="5ED248B4" w:rsidR="5ED248B4">
              <w:rPr>
                <w:i w:val="1"/>
                <w:iCs w:val="1"/>
              </w:rPr>
              <w:t xml:space="preserve"> </w:t>
            </w:r>
            <w:r w:rsidR="5ED248B4">
              <w:rPr/>
              <w:t>(on Blackboard)</w:t>
            </w:r>
          </w:p>
          <w:p w:rsidRPr="0023361A" w:rsidR="006C4561" w:rsidP="00C3319B" w:rsidRDefault="006C4561" w14:paraId="02576753" w14:textId="76B6B8C9">
            <w:pPr>
              <w:spacing w:after="20"/>
            </w:pPr>
            <w:r w:rsidRPr="5ED248B4" w:rsidR="5ED248B4">
              <w:rPr>
                <w:sz w:val="20"/>
                <w:szCs w:val="20"/>
              </w:rPr>
              <w:t xml:space="preserve">– Read </w:t>
            </w:r>
            <w:r w:rsidRPr="5ED248B4" w:rsidR="5ED248B4">
              <w:rPr>
                <w:i w:val="1"/>
                <w:iCs w:val="1"/>
                <w:sz w:val="20"/>
                <w:szCs w:val="20"/>
              </w:rPr>
              <w:t>In Re Hranka</w:t>
            </w:r>
            <w:r w:rsidRPr="5ED248B4" w:rsidR="5ED248B4">
              <w:rPr>
                <w:i w:val="1"/>
                <w:iCs w:val="1"/>
                <w:sz w:val="20"/>
                <w:szCs w:val="20"/>
              </w:rPr>
              <w:t xml:space="preserve"> </w:t>
            </w:r>
            <w:r w:rsidRPr="5ED248B4" w:rsidR="5ED248B4">
              <w:rPr>
                <w:sz w:val="20"/>
                <w:szCs w:val="20"/>
              </w:rPr>
              <w:t>(BIA 1978)</w:t>
            </w:r>
          </w:p>
          <w:p w:rsidRPr="0023361A" w:rsidR="006C4561" w:rsidP="5ED248B4" w:rsidRDefault="006C4561" w14:paraId="4710D7BD" w14:textId="74E701B6">
            <w:pPr>
              <w:spacing w:after="20"/>
              <w:rPr>
                <w:sz w:val="20"/>
                <w:szCs w:val="20"/>
              </w:rPr>
            </w:pPr>
            <w:r w:rsidRPr="5ED248B4" w:rsidR="5ED248B4">
              <w:rPr>
                <w:sz w:val="20"/>
                <w:szCs w:val="20"/>
              </w:rPr>
              <w:t>INA § 212(d)(3), (h) and (i</w:t>
            </w:r>
            <w:r w:rsidRPr="5ED248B4" w:rsidR="5ED248B4">
              <w:rPr>
                <w:sz w:val="20"/>
                <w:szCs w:val="20"/>
              </w:rPr>
              <w:t>)</w:t>
            </w:r>
          </w:p>
          <w:p w:rsidRPr="0023361A" w:rsidR="006C4561" w:rsidP="5ED248B4" w:rsidRDefault="006C4561" w14:textId="77777777" w14:paraId="35F5F193">
            <w:pPr>
              <w:spacing w:after="20"/>
              <w:rPr>
                <w:sz w:val="20"/>
                <w:szCs w:val="20"/>
              </w:rPr>
            </w:pPr>
          </w:p>
          <w:p w:rsidRPr="0023361A" w:rsidR="006C4561" w:rsidP="00C3319B" w:rsidRDefault="006C4561" w14:paraId="7C736E84" w14:textId="04EB7353">
            <w:pPr>
              <w:spacing w:after="20"/>
            </w:pPr>
          </w:p>
          <w:p w:rsidRPr="0023361A" w:rsidR="000C28EF" w:rsidP="00C3319B" w:rsidRDefault="00047205" w14:paraId="2422AC91" w14:textId="70A60946">
            <w:pPr>
              <w:spacing w:after="20"/>
            </w:pPr>
            <w:r w:rsidRPr="5ED248B4" w:rsidR="5ED248B4">
              <w:rPr>
                <w:sz w:val="20"/>
                <w:szCs w:val="20"/>
              </w:rPr>
              <w:t>Problem</w:t>
            </w:r>
            <w:r w:rsidRPr="5ED248B4" w:rsidR="5ED248B4">
              <w:rPr>
                <w:sz w:val="20"/>
                <w:szCs w:val="20"/>
              </w:rPr>
              <w:t xml:space="preserve"> 5-</w:t>
            </w:r>
            <w:r w:rsidRPr="5ED248B4" w:rsidR="5ED248B4">
              <w:rPr>
                <w:sz w:val="20"/>
                <w:szCs w:val="20"/>
              </w:rPr>
              <w:t>3</w:t>
            </w:r>
            <w:r w:rsidRPr="5ED248B4" w:rsidR="5ED248B4">
              <w:rPr>
                <w:sz w:val="20"/>
                <w:szCs w:val="20"/>
              </w:rPr>
              <w:t>, p. 430 (Anthony and Fraud)</w:t>
            </w:r>
          </w:p>
          <w:p w:rsidRPr="0023361A" w:rsidR="000C28EF" w:rsidP="5ED248B4" w:rsidRDefault="00047205" w14:paraId="3F0A694E" w14:textId="4C572AE7">
            <w:pPr>
              <w:spacing w:after="20"/>
              <w:rPr>
                <w:sz w:val="20"/>
                <w:szCs w:val="20"/>
              </w:rPr>
            </w:pPr>
            <w:r w:rsidRPr="5ED248B4" w:rsidR="5ED248B4">
              <w:rPr>
                <w:sz w:val="20"/>
                <w:szCs w:val="20"/>
              </w:rPr>
              <w:t>Problem 5</w:t>
            </w:r>
            <w:r w:rsidRPr="5ED248B4" w:rsidR="5ED248B4">
              <w:rPr>
                <w:sz w:val="20"/>
                <w:szCs w:val="20"/>
              </w:rPr>
              <w:t>-4, p 432 (Mrs. Marini and admission of a crime?)</w:t>
            </w:r>
          </w:p>
          <w:p w:rsidRPr="0023361A" w:rsidR="004372AE" w:rsidP="00C3319B" w:rsidRDefault="00047205" w14:paraId="69BC356E" w14:textId="77777777">
            <w:pPr>
              <w:spacing w:after="20"/>
              <w:rPr>
                <w:sz w:val="20"/>
              </w:rPr>
            </w:pPr>
            <w:r w:rsidRPr="0023361A">
              <w:rPr>
                <w:sz w:val="20"/>
              </w:rPr>
              <w:t xml:space="preserve">Question: </w:t>
            </w:r>
          </w:p>
          <w:p w:rsidRPr="0023361A" w:rsidR="00647F0A" w:rsidP="004372AE" w:rsidRDefault="00647F0A" w14:paraId="4952D2CE" w14:textId="660327E5">
            <w:pPr>
              <w:pStyle w:val="ListParagraph"/>
              <w:numPr>
                <w:ilvl w:val="0"/>
                <w:numId w:val="18"/>
              </w:numPr>
              <w:spacing w:after="20"/>
            </w:pPr>
            <w:r w:rsidRPr="0023361A">
              <w:t>What is an “admission” of criminal conduct?</w:t>
            </w:r>
          </w:p>
          <w:p w:rsidRPr="0023361A" w:rsidR="00047205" w:rsidP="004372AE" w:rsidRDefault="00047205" w14:paraId="749DAC93" w14:textId="01D451CD">
            <w:pPr>
              <w:pStyle w:val="ListParagraph"/>
              <w:numPr>
                <w:ilvl w:val="0"/>
                <w:numId w:val="18"/>
              </w:numPr>
              <w:spacing w:after="20"/>
            </w:pPr>
            <w:r w:rsidRPr="0023361A">
              <w:rPr>
                <w:sz w:val="20"/>
              </w:rPr>
              <w:t>What is a crime involving moral turpitude?</w:t>
            </w:r>
          </w:p>
          <w:p w:rsidRPr="0023361A" w:rsidR="008D1D90" w:rsidP="004372AE" w:rsidRDefault="008D1D90" w14:paraId="0E35A215" w14:textId="77777777">
            <w:pPr>
              <w:pStyle w:val="ListParagraph"/>
              <w:numPr>
                <w:ilvl w:val="0"/>
                <w:numId w:val="18"/>
              </w:numPr>
              <w:spacing w:after="20"/>
            </w:pPr>
            <w:r w:rsidRPr="0023361A">
              <w:rPr>
                <w:sz w:val="20"/>
              </w:rPr>
              <w:t>What are common grounds of inadmissibility?</w:t>
            </w:r>
          </w:p>
          <w:p w:rsidRPr="0023361A" w:rsidR="008D1D90" w:rsidP="004372AE" w:rsidRDefault="008D1D90" w14:paraId="73C89DDD" w14:textId="544E9052">
            <w:pPr>
              <w:pStyle w:val="ListParagraph"/>
              <w:numPr>
                <w:ilvl w:val="0"/>
                <w:numId w:val="18"/>
              </w:numPr>
              <w:spacing w:after="20"/>
            </w:pPr>
            <w:r w:rsidRPr="0023361A">
              <w:t>Are there exceptions?</w:t>
            </w:r>
          </w:p>
        </w:tc>
      </w:tr>
      <w:tr w:rsidRPr="0023361A" w:rsidR="00047205" w:rsidTr="5ED248B4" w14:paraId="2D17A906" w14:textId="77777777">
        <w:tc>
          <w:tcPr>
            <w:tcW w:w="9350" w:type="dxa"/>
            <w:gridSpan w:val="2"/>
            <w:shd w:val="clear" w:color="auto" w:fill="D6E4F0"/>
            <w:tcMar/>
          </w:tcPr>
          <w:p w:rsidRPr="0023361A" w:rsidR="00047205" w:rsidP="00C3319B" w:rsidRDefault="00047205" w14:paraId="79B8440D" w14:textId="77777777">
            <w:pPr>
              <w:spacing w:before="80" w:after="80"/>
            </w:pPr>
            <w:r w:rsidRPr="0023361A">
              <w:rPr>
                <w:b/>
              </w:rPr>
              <w:t>Week 11</w:t>
            </w:r>
          </w:p>
        </w:tc>
      </w:tr>
      <w:tr w:rsidRPr="0023361A" w:rsidR="00047205" w:rsidTr="5ED248B4" w14:paraId="78FBFC0C" w14:textId="77777777">
        <w:tc>
          <w:tcPr>
            <w:tcW w:w="4287" w:type="dxa"/>
            <w:tcMar/>
          </w:tcPr>
          <w:p w:rsidRPr="0023361A" w:rsidR="00047205" w:rsidP="00C3319B" w:rsidRDefault="00047205" w14:paraId="7FBC2038" w14:textId="4508DA28">
            <w:pPr>
              <w:spacing w:before="80" w:after="40"/>
            </w:pPr>
            <w:r w:rsidRPr="0023361A">
              <w:rPr>
                <w:b/>
                <w:sz w:val="20"/>
              </w:rPr>
              <w:t>Monday</w:t>
            </w:r>
            <w:r w:rsidRPr="0023361A" w:rsidR="004372AE">
              <w:rPr>
                <w:b/>
                <w:sz w:val="20"/>
              </w:rPr>
              <w:t xml:space="preserve">, </w:t>
            </w:r>
            <w:r w:rsidRPr="0023361A">
              <w:rPr>
                <w:b/>
                <w:sz w:val="20"/>
              </w:rPr>
              <w:t>Nov 2</w:t>
            </w:r>
          </w:p>
        </w:tc>
        <w:tc>
          <w:tcPr>
            <w:tcW w:w="5063" w:type="dxa"/>
            <w:tcMar/>
          </w:tcPr>
          <w:p w:rsidRPr="0023361A" w:rsidR="00047205" w:rsidP="00C3319B" w:rsidRDefault="00047205" w14:paraId="6F2D0AC3" w14:textId="1A26466D">
            <w:pPr>
              <w:spacing w:after="20"/>
            </w:pPr>
            <w:r w:rsidRPr="0023361A">
              <w:rPr>
                <w:b/>
                <w:sz w:val="20"/>
              </w:rPr>
              <w:t xml:space="preserve">Waivers </w:t>
            </w:r>
            <w:r w:rsidRPr="0023361A" w:rsidR="000C28EF">
              <w:rPr>
                <w:b/>
                <w:sz w:val="20"/>
              </w:rPr>
              <w:t>of</w:t>
            </w:r>
            <w:r w:rsidRPr="0023361A">
              <w:rPr>
                <w:b/>
                <w:sz w:val="20"/>
              </w:rPr>
              <w:t xml:space="preserve"> Inadmissibility</w:t>
            </w:r>
          </w:p>
          <w:p w:rsidRPr="0023361A" w:rsidR="00047205" w:rsidP="00C3319B" w:rsidRDefault="00047205" w14:paraId="2E02D5CC" w14:textId="118D3656">
            <w:pPr>
              <w:spacing w:after="20"/>
            </w:pPr>
            <w:r w:rsidRPr="0023361A">
              <w:rPr>
                <w:sz w:val="20"/>
              </w:rPr>
              <w:t xml:space="preserve">Textbook Pages </w:t>
            </w:r>
            <w:r w:rsidRPr="0023361A" w:rsidR="002E4540">
              <w:rPr>
                <w:sz w:val="20"/>
              </w:rPr>
              <w:t>439-443</w:t>
            </w:r>
          </w:p>
          <w:p w:rsidRPr="0023361A" w:rsidR="00047205" w:rsidP="5ED248B4" w:rsidRDefault="0002770A" w14:paraId="4919F526" w14:textId="437B3123">
            <w:pPr>
              <w:spacing w:after="20"/>
              <w:rPr>
                <w:sz w:val="20"/>
                <w:szCs w:val="20"/>
              </w:rPr>
            </w:pPr>
            <w:r w:rsidRPr="5ED248B4" w:rsidR="5ED248B4">
              <w:rPr>
                <w:sz w:val="20"/>
                <w:szCs w:val="20"/>
              </w:rPr>
              <w:t xml:space="preserve">    </w:t>
            </w:r>
            <w:r w:rsidRPr="5ED248B4" w:rsidR="5ED248B4">
              <w:rPr>
                <w:sz w:val="20"/>
                <w:szCs w:val="20"/>
              </w:rPr>
              <w:t>Problem 5-5</w:t>
            </w:r>
            <w:r w:rsidRPr="5ED248B4" w:rsidR="5ED248B4">
              <w:rPr>
                <w:sz w:val="20"/>
                <w:szCs w:val="20"/>
              </w:rPr>
              <w:t xml:space="preserve"> (Henry Thomas – Immigrant Visas and Crimes)</w:t>
            </w:r>
          </w:p>
          <w:p w:rsidRPr="0023361A" w:rsidR="00E61839" w:rsidP="0002770A" w:rsidRDefault="00E61839" w14:paraId="321C2A8F" w14:textId="77777777">
            <w:pPr>
              <w:spacing w:after="20"/>
            </w:pPr>
            <w:r w:rsidRPr="0023361A">
              <w:t>Question:</w:t>
            </w:r>
          </w:p>
          <w:p w:rsidRPr="0023361A" w:rsidR="00E61839" w:rsidP="00E61839" w:rsidRDefault="00E61839" w14:paraId="3B44E90C" w14:textId="35908B4C">
            <w:pPr>
              <w:pStyle w:val="ListParagraph"/>
              <w:numPr>
                <w:ilvl w:val="0"/>
                <w:numId w:val="19"/>
              </w:numPr>
              <w:spacing w:after="20"/>
              <w:rPr/>
            </w:pPr>
            <w:r w:rsidR="5ED248B4">
              <w:rPr/>
              <w:t>What are the fundamental differences between waivers for nonimmigrant and immigrant visas?</w:t>
            </w:r>
          </w:p>
          <w:p w:rsidRPr="0023361A" w:rsidR="00E61839" w:rsidP="5ED248B4" w:rsidRDefault="00E61839" w14:paraId="0CD59684" w14:textId="29CD8700">
            <w:pPr>
              <w:pStyle w:val="Normal"/>
              <w:spacing w:after="20"/>
              <w:ind w:left="0"/>
              <w:rPr>
                <w:sz w:val="20"/>
                <w:szCs w:val="20"/>
              </w:rPr>
            </w:pPr>
            <w:r w:rsidR="5ED248B4">
              <w:rPr/>
              <w:t xml:space="preserve">If time allows, we will use this time to review inadmissibility, the ways INA </w:t>
            </w:r>
            <w:r w:rsidRPr="5ED248B4" w:rsidR="5ED248B4">
              <w:rPr>
                <w:sz w:val="20"/>
                <w:szCs w:val="20"/>
              </w:rPr>
              <w:t>§ 212 appears throughout the immigration process and beyond. Professor Parisi is an expert in this area and will give us context on counseling clients about navigating the problems areas.</w:t>
            </w:r>
          </w:p>
        </w:tc>
      </w:tr>
      <w:tr w:rsidRPr="0023361A" w:rsidR="00047205" w:rsidTr="5ED248B4" w14:paraId="4063E097" w14:textId="77777777">
        <w:tc>
          <w:tcPr>
            <w:tcW w:w="4287" w:type="dxa"/>
            <w:tcMar/>
          </w:tcPr>
          <w:p w:rsidRPr="0023361A" w:rsidR="00047205" w:rsidP="00C3319B" w:rsidRDefault="00047205" w14:paraId="76015E1A" w14:textId="4674239E">
            <w:pPr>
              <w:spacing w:before="80" w:after="40"/>
            </w:pPr>
            <w:r w:rsidRPr="0023361A">
              <w:rPr>
                <w:b/>
                <w:sz w:val="20"/>
              </w:rPr>
              <w:t>Wednesday</w:t>
            </w:r>
            <w:r w:rsidRPr="0023361A" w:rsidR="00271F52">
              <w:rPr>
                <w:b/>
                <w:sz w:val="20"/>
              </w:rPr>
              <w:t xml:space="preserve">, </w:t>
            </w:r>
            <w:r w:rsidRPr="0023361A">
              <w:rPr>
                <w:b/>
                <w:sz w:val="20"/>
              </w:rPr>
              <w:t>Nov 4</w:t>
            </w:r>
          </w:p>
        </w:tc>
        <w:tc>
          <w:tcPr>
            <w:tcW w:w="5063" w:type="dxa"/>
            <w:tcMar/>
          </w:tcPr>
          <w:p w:rsidRPr="0023361A" w:rsidR="00047205" w:rsidP="00C3319B" w:rsidRDefault="00A206B4" w14:paraId="2D84147E" w14:textId="66D361D1">
            <w:pPr>
              <w:spacing w:after="20"/>
            </w:pPr>
            <w:r w:rsidRPr="0023361A">
              <w:rPr>
                <w:b/>
                <w:sz w:val="20"/>
              </w:rPr>
              <w:t>Deportability and Removal Process: Deportation Compared with Inadmissibility</w:t>
            </w:r>
          </w:p>
          <w:p w:rsidRPr="0023361A" w:rsidR="00047205" w:rsidP="00C3319B" w:rsidRDefault="00047205" w14:paraId="3F12E1CB" w14:textId="4D6A3B07">
            <w:pPr>
              <w:spacing w:after="20"/>
            </w:pPr>
            <w:r w:rsidRPr="0023361A">
              <w:rPr>
                <w:sz w:val="20"/>
              </w:rPr>
              <w:t>Textbook Pages</w:t>
            </w:r>
            <w:r w:rsidRPr="0023361A" w:rsidR="00271F52">
              <w:rPr>
                <w:sz w:val="20"/>
              </w:rPr>
              <w:t xml:space="preserve"> 445-456</w:t>
            </w:r>
          </w:p>
          <w:p w:rsidRPr="0023361A" w:rsidR="00047205" w:rsidP="00C3319B" w:rsidRDefault="00047205" w14:paraId="382087A9" w14:textId="5B7F803A">
            <w:pPr>
              <w:spacing w:after="20"/>
              <w:rPr>
                <w:sz w:val="20"/>
              </w:rPr>
            </w:pPr>
            <w:r w:rsidRPr="0023361A">
              <w:rPr>
                <w:sz w:val="20"/>
              </w:rPr>
              <w:t>INA §§ 237</w:t>
            </w:r>
            <w:r w:rsidRPr="0023361A" w:rsidR="00C104D5">
              <w:rPr>
                <w:sz w:val="20"/>
              </w:rPr>
              <w:t>(a)(1)(A)</w:t>
            </w:r>
            <w:r w:rsidRPr="0023361A" w:rsidR="00C724FE">
              <w:rPr>
                <w:sz w:val="20"/>
              </w:rPr>
              <w:t>, (G)</w:t>
            </w:r>
            <w:r w:rsidRPr="0023361A" w:rsidR="00C104D5">
              <w:rPr>
                <w:sz w:val="20"/>
              </w:rPr>
              <w:t xml:space="preserve"> and (</w:t>
            </w:r>
            <w:r w:rsidRPr="0023361A" w:rsidR="00ED3C55">
              <w:rPr>
                <w:sz w:val="20"/>
              </w:rPr>
              <w:t>H</w:t>
            </w:r>
            <w:r w:rsidRPr="0023361A" w:rsidR="00C104D5">
              <w:rPr>
                <w:sz w:val="20"/>
              </w:rPr>
              <w:t>)</w:t>
            </w:r>
            <w:r w:rsidRPr="0023361A">
              <w:rPr>
                <w:sz w:val="20"/>
              </w:rPr>
              <w:t>, 239, 240</w:t>
            </w:r>
            <w:r w:rsidRPr="0023361A" w:rsidR="00ED3C55">
              <w:rPr>
                <w:sz w:val="20"/>
              </w:rPr>
              <w:t>, 246</w:t>
            </w:r>
          </w:p>
          <w:p w:rsidRPr="0023361A" w:rsidR="00A14A91" w:rsidP="00C3319B" w:rsidRDefault="00A14A91" w14:paraId="45531740" w14:textId="3F73EFB7">
            <w:pPr>
              <w:spacing w:after="20"/>
            </w:pPr>
            <w:r w:rsidRPr="0023361A">
              <w:t xml:space="preserve">Read </w:t>
            </w:r>
            <w:r w:rsidRPr="0023361A">
              <w:rPr>
                <w:i/>
                <w:iCs/>
              </w:rPr>
              <w:t xml:space="preserve">Matter of </w:t>
            </w:r>
            <w:proofErr w:type="spellStart"/>
            <w:r w:rsidRPr="0023361A">
              <w:rPr>
                <w:i/>
                <w:iCs/>
              </w:rPr>
              <w:t>Forjoe</w:t>
            </w:r>
            <w:proofErr w:type="spellEnd"/>
            <w:r w:rsidRPr="0023361A">
              <w:rPr>
                <w:i/>
                <w:iCs/>
              </w:rPr>
              <w:t xml:space="preserve"> </w:t>
            </w:r>
            <w:r w:rsidRPr="0023361A">
              <w:t>(in Blackboard)</w:t>
            </w:r>
          </w:p>
          <w:p w:rsidRPr="0023361A" w:rsidR="00047205" w:rsidP="00C3319B" w:rsidRDefault="00047205" w14:paraId="01A1CB3A" w14:textId="0A95A23A">
            <w:pPr>
              <w:spacing w:after="20"/>
            </w:pPr>
            <w:r w:rsidRPr="5ED248B4" w:rsidR="5ED248B4">
              <w:rPr>
                <w:sz w:val="20"/>
                <w:szCs w:val="20"/>
              </w:rPr>
              <w:t xml:space="preserve">Problem </w:t>
            </w:r>
            <w:r w:rsidRPr="5ED248B4" w:rsidR="5ED248B4">
              <w:rPr>
                <w:sz w:val="20"/>
                <w:szCs w:val="20"/>
              </w:rPr>
              <w:t>6-1</w:t>
            </w:r>
            <w:r w:rsidRPr="5ED248B4" w:rsidR="5ED248B4">
              <w:rPr>
                <w:sz w:val="20"/>
                <w:szCs w:val="20"/>
              </w:rPr>
              <w:t xml:space="preserve"> (Eleanor Horvath) page 447</w:t>
            </w:r>
          </w:p>
          <w:p w:rsidRPr="0023361A" w:rsidR="00047205" w:rsidP="00C3319B" w:rsidRDefault="00047205" w14:paraId="530130F7" w14:textId="0F0F196B">
            <w:pPr>
              <w:spacing w:after="20"/>
            </w:pPr>
            <w:r w:rsidRPr="5ED248B4" w:rsidR="5ED248B4">
              <w:rPr>
                <w:sz w:val="20"/>
                <w:szCs w:val="20"/>
              </w:rPr>
              <w:t>Problem 6-2</w:t>
            </w:r>
            <w:r w:rsidRPr="5ED248B4" w:rsidR="5ED248B4">
              <w:rPr>
                <w:sz w:val="20"/>
                <w:szCs w:val="20"/>
              </w:rPr>
              <w:t xml:space="preserve"> (Anthony and Celia – Mariage Fraud)</w:t>
            </w:r>
          </w:p>
          <w:p w:rsidRPr="0023361A" w:rsidR="00271F52" w:rsidP="00C3319B" w:rsidRDefault="00047205" w14:paraId="1D29BBE7" w14:textId="77777777">
            <w:pPr>
              <w:spacing w:after="20"/>
              <w:rPr>
                <w:sz w:val="20"/>
              </w:rPr>
            </w:pPr>
            <w:r w:rsidRPr="0023361A">
              <w:rPr>
                <w:sz w:val="20"/>
              </w:rPr>
              <w:t xml:space="preserve">Question: </w:t>
            </w:r>
          </w:p>
          <w:p w:rsidRPr="0023361A" w:rsidR="00047205" w:rsidP="00271F52" w:rsidRDefault="00047205" w14:paraId="6FC05403" w14:textId="2E259D98">
            <w:pPr>
              <w:pStyle w:val="ListParagraph"/>
              <w:numPr>
                <w:ilvl w:val="0"/>
                <w:numId w:val="18"/>
              </w:numPr>
              <w:spacing w:after="20"/>
              <w:rPr/>
            </w:pPr>
            <w:r w:rsidRPr="5ED248B4" w:rsidR="5ED248B4">
              <w:rPr>
                <w:sz w:val="20"/>
                <w:szCs w:val="20"/>
              </w:rPr>
              <w:t xml:space="preserve">How do the grounds of </w:t>
            </w:r>
            <w:r w:rsidRPr="5ED248B4" w:rsidR="5ED248B4">
              <w:rPr>
                <w:sz w:val="20"/>
                <w:szCs w:val="20"/>
              </w:rPr>
              <w:t>inadmissibility</w:t>
            </w:r>
            <w:r w:rsidRPr="5ED248B4" w:rsidR="5ED248B4">
              <w:rPr>
                <w:sz w:val="20"/>
                <w:szCs w:val="20"/>
              </w:rPr>
              <w:t xml:space="preserve"> follow people? Is a finding of inadmissibility with the person for life?</w:t>
            </w:r>
          </w:p>
        </w:tc>
      </w:tr>
      <w:tr w:rsidRPr="0023361A" w:rsidR="00047205" w:rsidTr="5ED248B4" w14:paraId="2481C0E4" w14:textId="77777777">
        <w:tc>
          <w:tcPr>
            <w:tcW w:w="9350" w:type="dxa"/>
            <w:gridSpan w:val="2"/>
            <w:shd w:val="clear" w:color="auto" w:fill="D6E4F0"/>
            <w:tcMar/>
          </w:tcPr>
          <w:p w:rsidRPr="0023361A" w:rsidR="00047205" w:rsidP="00C3319B" w:rsidRDefault="00047205" w14:paraId="52ABD11A" w14:textId="77777777">
            <w:pPr>
              <w:spacing w:before="80" w:after="80"/>
            </w:pPr>
            <w:r w:rsidRPr="0023361A">
              <w:rPr>
                <w:b/>
              </w:rPr>
              <w:t>Week 12</w:t>
            </w:r>
          </w:p>
        </w:tc>
      </w:tr>
      <w:tr w:rsidRPr="0023361A" w:rsidR="00047205" w:rsidTr="5ED248B4" w14:paraId="5414983F" w14:textId="77777777">
        <w:tc>
          <w:tcPr>
            <w:tcW w:w="4287" w:type="dxa"/>
            <w:tcMar/>
          </w:tcPr>
          <w:p w:rsidRPr="0023361A" w:rsidR="00047205" w:rsidP="00C3319B" w:rsidRDefault="00047205" w14:paraId="20D1BAA1" w14:textId="3D1193AD">
            <w:pPr>
              <w:spacing w:before="80" w:after="40"/>
            </w:pPr>
            <w:r w:rsidRPr="0023361A">
              <w:rPr>
                <w:b/>
                <w:sz w:val="20"/>
              </w:rPr>
              <w:t>Monday</w:t>
            </w:r>
            <w:r w:rsidRPr="0023361A" w:rsidR="00271F52">
              <w:rPr>
                <w:b/>
                <w:sz w:val="20"/>
              </w:rPr>
              <w:t xml:space="preserve">, </w:t>
            </w:r>
            <w:r w:rsidRPr="0023361A">
              <w:rPr>
                <w:b/>
                <w:sz w:val="20"/>
              </w:rPr>
              <w:t>Nov 9</w:t>
            </w:r>
          </w:p>
        </w:tc>
        <w:tc>
          <w:tcPr>
            <w:tcW w:w="5063" w:type="dxa"/>
            <w:tcMar/>
          </w:tcPr>
          <w:p w:rsidRPr="0023361A" w:rsidR="00047205" w:rsidP="00C3319B" w:rsidRDefault="00047205" w14:paraId="28F17720" w14:textId="08C54FAD">
            <w:pPr>
              <w:spacing w:after="20"/>
            </w:pPr>
            <w:r w:rsidRPr="0023361A">
              <w:rPr>
                <w:b/>
                <w:sz w:val="20"/>
              </w:rPr>
              <w:t>Removability (</w:t>
            </w:r>
            <w:r w:rsidRPr="0023361A" w:rsidR="00120A38">
              <w:rPr>
                <w:b/>
                <w:sz w:val="20"/>
              </w:rPr>
              <w:t>Security Related Grounds</w:t>
            </w:r>
            <w:r w:rsidRPr="0023361A">
              <w:rPr>
                <w:b/>
                <w:sz w:val="20"/>
              </w:rPr>
              <w:t>)</w:t>
            </w:r>
          </w:p>
          <w:p w:rsidRPr="0023361A" w:rsidR="00047205" w:rsidP="00C3319B" w:rsidRDefault="00047205" w14:paraId="5273C8C9" w14:textId="01935261">
            <w:pPr>
              <w:spacing w:after="20"/>
            </w:pPr>
            <w:r w:rsidRPr="0023361A">
              <w:rPr>
                <w:sz w:val="20"/>
              </w:rPr>
              <w:t xml:space="preserve">Textbook Pages </w:t>
            </w:r>
            <w:r w:rsidRPr="0023361A" w:rsidR="00271F52">
              <w:rPr>
                <w:sz w:val="20"/>
              </w:rPr>
              <w:t>456-481</w:t>
            </w:r>
          </w:p>
          <w:p w:rsidRPr="0023361A" w:rsidR="00047205" w:rsidP="00C3319B" w:rsidRDefault="00047205" w14:paraId="3EEAAFC5" w14:textId="77777777">
            <w:pPr>
              <w:spacing w:after="20"/>
            </w:pPr>
            <w:r w:rsidRPr="0023361A">
              <w:rPr>
                <w:sz w:val="20"/>
              </w:rPr>
              <w:t xml:space="preserve">     – Read </w:t>
            </w:r>
            <w:proofErr w:type="spellStart"/>
            <w:r w:rsidRPr="0023361A">
              <w:rPr>
                <w:i/>
                <w:iCs/>
                <w:sz w:val="20"/>
              </w:rPr>
              <w:t>Harisiades</w:t>
            </w:r>
            <w:proofErr w:type="spellEnd"/>
            <w:r w:rsidRPr="0023361A">
              <w:rPr>
                <w:i/>
                <w:iCs/>
                <w:sz w:val="20"/>
              </w:rPr>
              <w:t xml:space="preserve"> v. Shaughnessy</w:t>
            </w:r>
            <w:r w:rsidRPr="0023361A">
              <w:rPr>
                <w:sz w:val="20"/>
              </w:rPr>
              <w:t xml:space="preserve"> (1952)</w:t>
            </w:r>
          </w:p>
          <w:p w:rsidRPr="0023361A" w:rsidR="00047205" w:rsidP="00C3319B" w:rsidRDefault="00047205" w14:paraId="4C65EFDC" w14:textId="77777777">
            <w:pPr>
              <w:spacing w:after="20"/>
            </w:pPr>
            <w:r w:rsidRPr="0023361A">
              <w:rPr>
                <w:sz w:val="20"/>
              </w:rPr>
              <w:t xml:space="preserve">     – Read </w:t>
            </w:r>
            <w:r w:rsidRPr="0023361A">
              <w:rPr>
                <w:i/>
                <w:iCs/>
                <w:sz w:val="20"/>
              </w:rPr>
              <w:t>I.N.S. v Lopez-Mendoza</w:t>
            </w:r>
            <w:r w:rsidRPr="0023361A">
              <w:rPr>
                <w:sz w:val="20"/>
              </w:rPr>
              <w:t xml:space="preserve"> (1984)</w:t>
            </w:r>
          </w:p>
          <w:p w:rsidRPr="0023361A" w:rsidR="00047205" w:rsidP="00C3319B" w:rsidRDefault="00047205" w14:paraId="39D2EEC7" w14:textId="23CE0778">
            <w:pPr>
              <w:spacing w:after="20"/>
            </w:pPr>
            <w:r w:rsidRPr="5ED248B4" w:rsidR="5ED248B4">
              <w:rPr>
                <w:sz w:val="20"/>
                <w:szCs w:val="20"/>
              </w:rPr>
              <w:t>Problem</w:t>
            </w:r>
            <w:r w:rsidRPr="5ED248B4" w:rsidR="5ED248B4">
              <w:rPr>
                <w:sz w:val="20"/>
                <w:szCs w:val="20"/>
              </w:rPr>
              <w:t>s</w:t>
            </w:r>
            <w:r w:rsidRPr="5ED248B4" w:rsidR="5ED248B4">
              <w:rPr>
                <w:sz w:val="20"/>
                <w:szCs w:val="20"/>
              </w:rPr>
              <w:t>6-3</w:t>
            </w:r>
            <w:r w:rsidRPr="5ED248B4" w:rsidR="5ED248B4">
              <w:rPr>
                <w:sz w:val="20"/>
                <w:szCs w:val="20"/>
              </w:rPr>
              <w:t xml:space="preserve"> (Pierre Abdu</w:t>
            </w:r>
            <w:r w:rsidRPr="5ED248B4" w:rsidR="5ED248B4">
              <w:rPr>
                <w:sz w:val="20"/>
                <w:szCs w:val="20"/>
              </w:rPr>
              <w:t>l</w:t>
            </w:r>
            <w:r w:rsidRPr="5ED248B4" w:rsidR="5ED248B4">
              <w:rPr>
                <w:sz w:val="20"/>
                <w:szCs w:val="20"/>
              </w:rPr>
              <w:t>lah) p. 456</w:t>
            </w:r>
          </w:p>
          <w:p w:rsidRPr="0023361A" w:rsidR="00047205" w:rsidP="00C3319B" w:rsidRDefault="00047205" w14:paraId="7DAF95D9" w14:textId="7BADE4B1">
            <w:pPr>
              <w:spacing w:after="20"/>
            </w:pPr>
            <w:r w:rsidRPr="5ED248B4" w:rsidR="5ED248B4">
              <w:rPr>
                <w:sz w:val="20"/>
                <w:szCs w:val="20"/>
              </w:rPr>
              <w:t>Problem 6</w:t>
            </w:r>
            <w:r w:rsidRPr="5ED248B4" w:rsidR="5ED248B4">
              <w:rPr>
                <w:sz w:val="20"/>
                <w:szCs w:val="20"/>
              </w:rPr>
              <w:t>-4</w:t>
            </w:r>
            <w:r w:rsidRPr="5ED248B4" w:rsidR="5ED248B4">
              <w:rPr>
                <w:sz w:val="20"/>
                <w:szCs w:val="20"/>
              </w:rPr>
              <w:t xml:space="preserve"> (Elena – Workplace Raids) p. 469</w:t>
            </w:r>
          </w:p>
        </w:tc>
      </w:tr>
      <w:tr w:rsidRPr="0023361A" w:rsidR="00047205" w:rsidTr="5ED248B4" w14:paraId="1C31E965" w14:textId="77777777">
        <w:tc>
          <w:tcPr>
            <w:tcW w:w="4287" w:type="dxa"/>
            <w:tcMar/>
          </w:tcPr>
          <w:p w:rsidRPr="0023361A" w:rsidR="00047205" w:rsidP="00C3319B" w:rsidRDefault="00047205" w14:paraId="352190D0" w14:textId="772244B9">
            <w:pPr>
              <w:spacing w:before="80" w:after="40"/>
            </w:pPr>
            <w:r w:rsidRPr="0023361A">
              <w:rPr>
                <w:b/>
                <w:sz w:val="20"/>
              </w:rPr>
              <w:t>Wednesday</w:t>
            </w:r>
            <w:r w:rsidRPr="0023361A" w:rsidR="00271F52">
              <w:rPr>
                <w:b/>
                <w:sz w:val="20"/>
              </w:rPr>
              <w:t xml:space="preserve">, </w:t>
            </w:r>
            <w:r w:rsidRPr="0023361A">
              <w:rPr>
                <w:b/>
                <w:sz w:val="20"/>
              </w:rPr>
              <w:t>Nov 11</w:t>
            </w:r>
          </w:p>
        </w:tc>
        <w:tc>
          <w:tcPr>
            <w:tcW w:w="5063" w:type="dxa"/>
            <w:tcMar/>
          </w:tcPr>
          <w:p w:rsidRPr="0023361A" w:rsidR="00047205" w:rsidP="00C3319B" w:rsidRDefault="00047205" w14:paraId="63BD52ED" w14:textId="77777777">
            <w:pPr>
              <w:spacing w:after="20"/>
            </w:pPr>
            <w:r w:rsidRPr="0023361A">
              <w:rPr>
                <w:b/>
                <w:sz w:val="20"/>
              </w:rPr>
              <w:t>Criminal Grounds of Removal</w:t>
            </w:r>
          </w:p>
          <w:p w:rsidRPr="0023361A" w:rsidR="00047205" w:rsidP="00C3319B" w:rsidRDefault="00047205" w14:paraId="7123465B" w14:textId="2BBBDB88">
            <w:pPr>
              <w:spacing w:after="20"/>
            </w:pPr>
            <w:r w:rsidRPr="0023361A">
              <w:rPr>
                <w:sz w:val="20"/>
              </w:rPr>
              <w:t xml:space="preserve">Textbook Pages </w:t>
            </w:r>
            <w:r w:rsidRPr="0023361A" w:rsidR="00271F52">
              <w:rPr>
                <w:sz w:val="20"/>
              </w:rPr>
              <w:t>481-5</w:t>
            </w:r>
            <w:r w:rsidRPr="0023361A" w:rsidR="008E7CD4">
              <w:rPr>
                <w:sz w:val="20"/>
              </w:rPr>
              <w:t>03</w:t>
            </w:r>
          </w:p>
          <w:p w:rsidRPr="0023361A" w:rsidR="008E7CD4" w:rsidP="008E7CD4" w:rsidRDefault="00047205" w14:paraId="5BC0CDEF" w14:textId="77777777">
            <w:pPr>
              <w:spacing w:after="20"/>
              <w:rPr>
                <w:sz w:val="20"/>
              </w:rPr>
            </w:pPr>
            <w:r w:rsidRPr="0023361A">
              <w:rPr>
                <w:sz w:val="20"/>
              </w:rPr>
              <w:t xml:space="preserve">     – </w:t>
            </w:r>
            <w:r w:rsidRPr="0023361A" w:rsidR="008E7CD4">
              <w:rPr>
                <w:i/>
                <w:iCs/>
                <w:sz w:val="20"/>
              </w:rPr>
              <w:t>In re Lozada</w:t>
            </w:r>
            <w:r w:rsidRPr="0023361A" w:rsidR="008E7CD4">
              <w:rPr>
                <w:sz w:val="20"/>
              </w:rPr>
              <w:t xml:space="preserve"> (1988)</w:t>
            </w:r>
          </w:p>
          <w:p w:rsidRPr="0023361A" w:rsidR="008E7CD4" w:rsidP="5ED248B4" w:rsidRDefault="00047205" w14:paraId="44BEAE2F" w14:textId="172EA042">
            <w:pPr>
              <w:pStyle w:val="Normal"/>
              <w:spacing w:after="20"/>
              <w:ind w:left="0"/>
              <w:rPr>
                <w:sz w:val="20"/>
                <w:szCs w:val="20"/>
              </w:rPr>
            </w:pPr>
            <w:r w:rsidRPr="5ED248B4" w:rsidR="5ED248B4">
              <w:rPr>
                <w:i w:val="1"/>
                <w:iCs w:val="1"/>
                <w:sz w:val="20"/>
                <w:szCs w:val="20"/>
              </w:rPr>
              <w:t xml:space="preserve">     - Padilla v. Kentucky</w:t>
            </w:r>
            <w:r w:rsidRPr="5ED248B4" w:rsidR="5ED248B4">
              <w:rPr>
                <w:sz w:val="20"/>
                <w:szCs w:val="20"/>
              </w:rPr>
              <w:t xml:space="preserve"> (2010)</w:t>
            </w:r>
          </w:p>
          <w:p w:rsidRPr="0023361A" w:rsidR="008E7CD4" w:rsidP="008E7CD4" w:rsidRDefault="00047205" w14:paraId="13C768D6" w14:textId="4BF68755">
            <w:pPr>
              <w:spacing w:after="20"/>
              <w:rPr>
                <w:sz w:val="20"/>
              </w:rPr>
            </w:pPr>
            <w:r w:rsidRPr="0023361A">
              <w:rPr>
                <w:sz w:val="20"/>
              </w:rPr>
              <w:t xml:space="preserve">     – </w:t>
            </w:r>
            <w:r w:rsidRPr="0023361A">
              <w:rPr>
                <w:i/>
                <w:iCs/>
                <w:sz w:val="20"/>
              </w:rPr>
              <w:t>Kawashima v. Holder</w:t>
            </w:r>
            <w:r w:rsidRPr="0023361A">
              <w:rPr>
                <w:sz w:val="20"/>
              </w:rPr>
              <w:t xml:space="preserve"> (2012</w:t>
            </w:r>
          </w:p>
          <w:p w:rsidRPr="0023361A" w:rsidR="008E7CD4" w:rsidP="008E7CD4" w:rsidRDefault="008E7CD4" w14:paraId="4C336872" w14:textId="5545EF21">
            <w:pPr>
              <w:spacing w:after="20"/>
              <w:rPr>
                <w:sz w:val="20"/>
              </w:rPr>
            </w:pPr>
            <w:r w:rsidRPr="0023361A">
              <w:rPr>
                <w:sz w:val="20"/>
              </w:rPr>
              <w:t>Skim 504 - 520 for background on removal procedure</w:t>
            </w:r>
          </w:p>
          <w:p w:rsidRPr="0023361A" w:rsidR="000A4E9E" w:rsidP="00C3319B" w:rsidRDefault="000A4E9E" w14:paraId="6EE4CCB1" w14:textId="68F7B17E">
            <w:pPr>
              <w:spacing w:after="20"/>
            </w:pPr>
            <w:r w:rsidRPr="0023361A">
              <w:t>INA §§ 237(a)(2)(A); 101(a)(43)</w:t>
            </w:r>
          </w:p>
          <w:p w:rsidRPr="0023361A" w:rsidR="00047205" w:rsidP="00C3319B" w:rsidRDefault="00047205" w14:paraId="74E0A5C0" w14:textId="4914EF14">
            <w:pPr>
              <w:spacing w:after="20"/>
            </w:pPr>
            <w:r w:rsidRPr="5ED248B4" w:rsidR="5ED248B4">
              <w:rPr>
                <w:sz w:val="20"/>
                <w:szCs w:val="20"/>
              </w:rPr>
              <w:t>Problem 6-</w:t>
            </w:r>
            <w:r w:rsidRPr="5ED248B4" w:rsidR="5ED248B4">
              <w:rPr>
                <w:sz w:val="20"/>
                <w:szCs w:val="20"/>
              </w:rPr>
              <w:t>5 p.</w:t>
            </w:r>
            <w:r w:rsidRPr="5ED248B4" w:rsidR="5ED248B4">
              <w:rPr>
                <w:sz w:val="20"/>
                <w:szCs w:val="20"/>
              </w:rPr>
              <w:t xml:space="preserve"> 481 and 6-5 revisited</w:t>
            </w:r>
            <w:r w:rsidRPr="5ED248B4" w:rsidR="5ED248B4">
              <w:rPr>
                <w:sz w:val="20"/>
                <w:szCs w:val="20"/>
              </w:rPr>
              <w:t xml:space="preserve"> (Henry Thomas) p. 495.</w:t>
            </w:r>
          </w:p>
          <w:p w:rsidRPr="0023361A" w:rsidR="00047205" w:rsidP="5ED248B4" w:rsidRDefault="00047205" w14:paraId="69F31887" w14:textId="7C35C99D">
            <w:pPr>
              <w:spacing w:after="20"/>
              <w:rPr>
                <w:sz w:val="20"/>
                <w:szCs w:val="20"/>
              </w:rPr>
            </w:pPr>
          </w:p>
          <w:p w:rsidRPr="0023361A" w:rsidR="00047205" w:rsidP="00C3319B" w:rsidRDefault="00047205" w14:paraId="68E7B5AF" w14:textId="7551BE04">
            <w:pPr>
              <w:spacing w:after="20"/>
            </w:pPr>
            <w:r w:rsidRPr="5ED248B4" w:rsidR="5ED248B4">
              <w:rPr>
                <w:sz w:val="20"/>
                <w:szCs w:val="20"/>
              </w:rPr>
              <w:t xml:space="preserve">Read Textbook pp 504 to 520: </w:t>
            </w:r>
            <w:r w:rsidRPr="5ED248B4" w:rsidR="5ED248B4">
              <w:rPr>
                <w:sz w:val="20"/>
                <w:szCs w:val="20"/>
              </w:rPr>
              <w:t>an</w:t>
            </w:r>
            <w:r w:rsidRPr="5ED248B4" w:rsidR="5ED248B4">
              <w:rPr>
                <w:sz w:val="20"/>
                <w:szCs w:val="20"/>
              </w:rPr>
              <w:t xml:space="preserve"> overview of removal proceedings and the procedures used.</w:t>
            </w:r>
          </w:p>
        </w:tc>
      </w:tr>
      <w:tr w:rsidRPr="0023361A" w:rsidR="00047205" w:rsidTr="5ED248B4" w14:paraId="6CE0677C" w14:textId="77777777">
        <w:tc>
          <w:tcPr>
            <w:tcW w:w="9350" w:type="dxa"/>
            <w:gridSpan w:val="2"/>
            <w:shd w:val="clear" w:color="auto" w:fill="D6E4F0"/>
            <w:tcMar/>
          </w:tcPr>
          <w:p w:rsidRPr="0023361A" w:rsidR="00047205" w:rsidP="00C3319B" w:rsidRDefault="00047205" w14:paraId="41D393F8" w14:textId="77777777">
            <w:pPr>
              <w:spacing w:before="80" w:after="80"/>
            </w:pPr>
            <w:r w:rsidRPr="0023361A">
              <w:rPr>
                <w:b/>
              </w:rPr>
              <w:t>Week 13</w:t>
            </w:r>
          </w:p>
        </w:tc>
      </w:tr>
      <w:tr w:rsidRPr="0023361A" w:rsidR="00047205" w:rsidTr="5ED248B4" w14:paraId="22C9A5B8" w14:textId="77777777">
        <w:tc>
          <w:tcPr>
            <w:tcW w:w="4287" w:type="dxa"/>
            <w:tcMar/>
          </w:tcPr>
          <w:p w:rsidRPr="0023361A" w:rsidR="00047205" w:rsidP="00C3319B" w:rsidRDefault="00AD115F" w14:paraId="4733A4F0" w14:textId="556A5329">
            <w:pPr>
              <w:spacing w:before="80" w:after="40"/>
            </w:pPr>
            <w:r w:rsidRPr="0023361A">
              <w:rPr>
                <w:b/>
                <w:sz w:val="20"/>
              </w:rPr>
              <w:t>Monday, Nov 16</w:t>
            </w:r>
          </w:p>
        </w:tc>
        <w:tc>
          <w:tcPr>
            <w:tcW w:w="5063" w:type="dxa"/>
            <w:tcMar/>
          </w:tcPr>
          <w:p w:rsidRPr="0023361A" w:rsidR="00047205" w:rsidP="00C3319B" w:rsidRDefault="00047205" w14:paraId="234B75AA" w14:textId="77777777">
            <w:pPr>
              <w:spacing w:after="20"/>
            </w:pPr>
            <w:r w:rsidRPr="0023361A">
              <w:rPr>
                <w:b/>
                <w:sz w:val="20"/>
              </w:rPr>
              <w:t>Relief from Removal</w:t>
            </w:r>
          </w:p>
          <w:p w:rsidRPr="0023361A" w:rsidR="00047205" w:rsidP="00C3319B" w:rsidRDefault="00047205" w14:paraId="20EDB282" w14:textId="207452E4">
            <w:pPr>
              <w:spacing w:after="20"/>
            </w:pPr>
            <w:r w:rsidRPr="0023361A">
              <w:rPr>
                <w:sz w:val="20"/>
              </w:rPr>
              <w:t xml:space="preserve">Textbook Pages </w:t>
            </w:r>
            <w:r w:rsidRPr="0023361A" w:rsidR="00271F52">
              <w:rPr>
                <w:sz w:val="20"/>
              </w:rPr>
              <w:t>521-5</w:t>
            </w:r>
            <w:r w:rsidRPr="0023361A" w:rsidR="008B2BD8">
              <w:rPr>
                <w:sz w:val="20"/>
              </w:rPr>
              <w:t>47</w:t>
            </w:r>
            <w:r w:rsidRPr="0023361A" w:rsidR="00271F52">
              <w:rPr>
                <w:sz w:val="20"/>
              </w:rPr>
              <w:t>, 575-59</w:t>
            </w:r>
            <w:r w:rsidRPr="0023361A" w:rsidR="00E348C9">
              <w:rPr>
                <w:sz w:val="20"/>
              </w:rPr>
              <w:t>2</w:t>
            </w:r>
          </w:p>
          <w:p w:rsidRPr="0023361A" w:rsidR="00047205" w:rsidP="00C3319B" w:rsidRDefault="00047205" w14:paraId="59E5DE19" w14:textId="77777777">
            <w:pPr>
              <w:spacing w:after="20"/>
            </w:pPr>
            <w:r w:rsidRPr="0023361A">
              <w:rPr>
                <w:sz w:val="20"/>
              </w:rPr>
              <w:t>INA §§ 240A, 244, 245, 208, INA §101(a)(27)(J)</w:t>
            </w:r>
          </w:p>
          <w:p w:rsidRPr="0023361A" w:rsidR="005F0A98" w:rsidP="5ED248B4" w:rsidRDefault="00047205" w14:paraId="428BEC22" w14:textId="4818C188">
            <w:pPr>
              <w:spacing w:after="20"/>
              <w:rPr>
                <w:sz w:val="20"/>
                <w:szCs w:val="20"/>
              </w:rPr>
            </w:pPr>
            <w:r w:rsidRPr="5ED248B4" w:rsidR="5ED248B4">
              <w:rPr>
                <w:sz w:val="20"/>
                <w:szCs w:val="20"/>
              </w:rPr>
              <w:t>Problem 7-1</w:t>
            </w:r>
            <w:r w:rsidRPr="5ED248B4" w:rsidR="5ED248B4">
              <w:rPr>
                <w:sz w:val="20"/>
                <w:szCs w:val="20"/>
              </w:rPr>
              <w:t xml:space="preserve"> (Chin Yang)</w:t>
            </w:r>
            <w:r w:rsidRPr="5ED248B4" w:rsidR="5ED248B4">
              <w:rPr>
                <w:sz w:val="20"/>
                <w:szCs w:val="20"/>
              </w:rPr>
              <w:t>, p. 522</w:t>
            </w:r>
          </w:p>
          <w:p w:rsidRPr="0023361A" w:rsidR="005F0A98" w:rsidP="00C3319B" w:rsidRDefault="005F0A98" w14:paraId="3E384178" w14:textId="21809497">
            <w:pPr>
              <w:spacing w:after="20"/>
            </w:pPr>
            <w:r w:rsidRPr="5ED248B4" w:rsidR="5ED248B4">
              <w:rPr>
                <w:i w:val="1"/>
                <w:iCs w:val="1"/>
                <w:sz w:val="20"/>
                <w:szCs w:val="20"/>
              </w:rPr>
              <w:t>In re Marin (BIA 1978) p. 540</w:t>
            </w:r>
          </w:p>
          <w:p w:rsidRPr="0023361A" w:rsidR="005F0A98" w:rsidP="00C3319B" w:rsidRDefault="005F0A98" w14:paraId="1139D6AA" w14:textId="60A8D32B">
            <w:pPr>
              <w:spacing w:after="20"/>
              <w:rPr>
                <w:sz w:val="20"/>
              </w:rPr>
            </w:pPr>
            <w:r w:rsidRPr="0023361A">
              <w:rPr>
                <w:sz w:val="20"/>
              </w:rPr>
              <w:t>Read and identify forms of relief on pages 549-575:</w:t>
            </w:r>
          </w:p>
          <w:p w:rsidRPr="0023361A" w:rsidR="005F0A98" w:rsidP="005F0A98" w:rsidRDefault="005F0A98" w14:paraId="4848F47B" w14:textId="188D6D79">
            <w:pPr>
              <w:pStyle w:val="ListParagraph"/>
              <w:numPr>
                <w:ilvl w:val="0"/>
                <w:numId w:val="19"/>
              </w:numPr>
              <w:spacing w:after="20"/>
              <w:rPr>
                <w:sz w:val="20"/>
              </w:rPr>
            </w:pPr>
            <w:r w:rsidRPr="0023361A">
              <w:rPr>
                <w:sz w:val="20"/>
              </w:rPr>
              <w:t>Cancellation of Removal Part B (INA § 240A(b))</w:t>
            </w:r>
          </w:p>
          <w:p w:rsidRPr="0023361A" w:rsidR="005F0A98" w:rsidP="005F0A98" w:rsidRDefault="005F0A98" w14:paraId="7D176803" w14:textId="5216E87C">
            <w:pPr>
              <w:pStyle w:val="ListParagraph"/>
              <w:numPr>
                <w:ilvl w:val="0"/>
                <w:numId w:val="19"/>
              </w:numPr>
              <w:spacing w:after="20"/>
              <w:rPr>
                <w:sz w:val="20"/>
              </w:rPr>
            </w:pPr>
            <w:r w:rsidRPr="0023361A">
              <w:rPr>
                <w:sz w:val="20"/>
              </w:rPr>
              <w:t>VAWA (INA § 240A(b)(2))</w:t>
            </w:r>
          </w:p>
          <w:p w:rsidRPr="0023361A" w:rsidR="005F0A98" w:rsidP="005F0A98" w:rsidRDefault="005F0A98" w14:paraId="2C880687" w14:textId="3A35FC6B">
            <w:pPr>
              <w:pStyle w:val="ListParagraph"/>
              <w:numPr>
                <w:ilvl w:val="0"/>
                <w:numId w:val="19"/>
              </w:numPr>
              <w:spacing w:after="20"/>
              <w:rPr>
                <w:sz w:val="20"/>
              </w:rPr>
            </w:pPr>
            <w:r w:rsidRPr="0023361A">
              <w:rPr>
                <w:sz w:val="20"/>
              </w:rPr>
              <w:t>Voluntary Departure (INA § 240B(a)</w:t>
            </w:r>
          </w:p>
          <w:p w:rsidRPr="0023361A" w:rsidR="005F0A98" w:rsidP="5ED248B4" w:rsidRDefault="00646AB7" w14:paraId="59A1A254" w14:textId="00C68FFB">
            <w:pPr>
              <w:spacing w:after="20"/>
              <w:ind w:left="360"/>
              <w:rPr>
                <w:i w:val="1"/>
                <w:iCs w:val="1"/>
                <w:sz w:val="20"/>
                <w:szCs w:val="20"/>
              </w:rPr>
            </w:pPr>
            <w:r w:rsidRPr="5ED248B4" w:rsidR="5ED248B4">
              <w:rPr>
                <w:i w:val="1"/>
                <w:iCs w:val="1"/>
                <w:sz w:val="20"/>
                <w:szCs w:val="20"/>
              </w:rPr>
              <w:t>We will not be focusing on these forms of relief</w:t>
            </w:r>
            <w:r w:rsidRPr="5ED248B4" w:rsidR="5ED248B4">
              <w:rPr>
                <w:i w:val="1"/>
                <w:iCs w:val="1"/>
                <w:sz w:val="20"/>
                <w:szCs w:val="20"/>
              </w:rPr>
              <w:t xml:space="preserve">, </w:t>
            </w:r>
            <w:r w:rsidRPr="5ED248B4" w:rsidR="5ED248B4">
              <w:rPr>
                <w:i w:val="1"/>
                <w:iCs w:val="1"/>
                <w:sz w:val="20"/>
                <w:szCs w:val="20"/>
              </w:rPr>
              <w:t>but you may come to class with questions.</w:t>
            </w:r>
          </w:p>
          <w:p w:rsidRPr="0023361A" w:rsidR="005F0A98" w:rsidP="00C3319B" w:rsidRDefault="005F0A98" w14:paraId="6A789999" w14:textId="77777777">
            <w:pPr>
              <w:spacing w:after="20"/>
              <w:rPr>
                <w:sz w:val="20"/>
              </w:rPr>
            </w:pPr>
          </w:p>
          <w:p w:rsidRPr="0023361A" w:rsidR="00047205" w:rsidP="00C3319B" w:rsidRDefault="00110C5C" w14:paraId="3F0E9C2F" w14:textId="658C2A5D">
            <w:pPr>
              <w:spacing w:after="20"/>
            </w:pPr>
            <w:r w:rsidRPr="5ED248B4" w:rsidR="5ED248B4">
              <w:rPr>
                <w:sz w:val="20"/>
                <w:szCs w:val="20"/>
              </w:rPr>
              <w:t xml:space="preserve">Problem </w:t>
            </w:r>
            <w:r w:rsidRPr="5ED248B4" w:rsidR="5ED248B4">
              <w:rPr>
                <w:sz w:val="20"/>
                <w:szCs w:val="20"/>
              </w:rPr>
              <w:t>7-2</w:t>
            </w:r>
            <w:r w:rsidRPr="5ED248B4" w:rsidR="5ED248B4">
              <w:rPr>
                <w:sz w:val="20"/>
                <w:szCs w:val="20"/>
              </w:rPr>
              <w:t xml:space="preserve"> (Carmen -- Juvenile Status), p.576</w:t>
            </w:r>
          </w:p>
          <w:p w:rsidRPr="0023361A" w:rsidR="00047205" w:rsidP="00C3319B" w:rsidRDefault="00110C5C" w14:paraId="52625E54" w14:textId="4D79769C">
            <w:pPr>
              <w:spacing w:after="20"/>
            </w:pPr>
            <w:r w:rsidRPr="5ED248B4" w:rsidR="5ED248B4">
              <w:rPr>
                <w:sz w:val="20"/>
                <w:szCs w:val="20"/>
              </w:rPr>
              <w:t>Optional, read p. 591 and Problem 7-3 (Congress and Relief) Consider reforms you would seek.</w:t>
            </w:r>
          </w:p>
        </w:tc>
      </w:tr>
      <w:tr w:rsidRPr="0023361A" w:rsidR="00AD115F" w:rsidTr="5ED248B4" w14:paraId="70295200" w14:textId="77777777">
        <w:tc>
          <w:tcPr>
            <w:tcW w:w="4287" w:type="dxa"/>
            <w:tcMar/>
          </w:tcPr>
          <w:p w:rsidRPr="0023361A" w:rsidR="00AD115F" w:rsidP="006060FC" w:rsidRDefault="00AD115F" w14:paraId="2D23DFAD" w14:textId="5782F127">
            <w:pPr>
              <w:spacing w:before="80" w:after="40"/>
            </w:pPr>
            <w:r w:rsidRPr="0023361A">
              <w:rPr>
                <w:b/>
                <w:sz w:val="20"/>
              </w:rPr>
              <w:t>Wednesday, Nov 18</w:t>
            </w:r>
          </w:p>
        </w:tc>
        <w:tc>
          <w:tcPr>
            <w:tcW w:w="5063" w:type="dxa"/>
            <w:tcMar/>
          </w:tcPr>
          <w:p w:rsidRPr="0023361A" w:rsidR="00AD115F" w:rsidP="006060FC" w:rsidRDefault="00AD115F" w14:paraId="5448A9D7" w14:textId="77A09C5C">
            <w:pPr>
              <w:spacing w:after="20"/>
            </w:pPr>
            <w:r w:rsidRPr="5ED248B4" w:rsidR="5ED248B4">
              <w:rPr>
                <w:b w:val="1"/>
                <w:bCs w:val="1"/>
                <w:sz w:val="20"/>
                <w:szCs w:val="20"/>
              </w:rPr>
              <w:t>Detention and the Border –note skipping to chapter 9</w:t>
            </w:r>
          </w:p>
          <w:p w:rsidRPr="0023361A" w:rsidR="00AD115F" w:rsidP="006060FC" w:rsidRDefault="00AD115F" w14:paraId="02A88D94" w14:textId="2C8EBC07">
            <w:pPr>
              <w:spacing w:after="20"/>
            </w:pPr>
            <w:r w:rsidRPr="5ED248B4" w:rsidR="5ED248B4">
              <w:rPr>
                <w:sz w:val="20"/>
                <w:szCs w:val="20"/>
              </w:rPr>
              <w:t>Textbook Pages 701-746</w:t>
            </w:r>
          </w:p>
          <w:p w:rsidRPr="0023361A" w:rsidR="00AD115F" w:rsidP="006060FC" w:rsidRDefault="00AD115F" w14:paraId="174C0C88" w14:textId="77777777">
            <w:pPr>
              <w:spacing w:after="20"/>
            </w:pPr>
            <w:r w:rsidRPr="0023361A">
              <w:rPr>
                <w:sz w:val="20"/>
              </w:rPr>
              <w:t xml:space="preserve">     – Read </w:t>
            </w:r>
            <w:r w:rsidRPr="0023361A">
              <w:rPr>
                <w:i/>
                <w:iCs/>
                <w:sz w:val="20"/>
              </w:rPr>
              <w:t>Demore v. Kim</w:t>
            </w:r>
            <w:r w:rsidRPr="0023361A">
              <w:rPr>
                <w:sz w:val="20"/>
              </w:rPr>
              <w:t xml:space="preserve"> (on page 712); skim </w:t>
            </w:r>
            <w:r w:rsidRPr="0023361A">
              <w:rPr>
                <w:i/>
                <w:iCs/>
                <w:sz w:val="20"/>
              </w:rPr>
              <w:t>Jennings v. Rodriguez</w:t>
            </w:r>
            <w:r w:rsidRPr="0023361A">
              <w:rPr>
                <w:sz w:val="20"/>
              </w:rPr>
              <w:t xml:space="preserve"> (2018) (on page 720)</w:t>
            </w:r>
          </w:p>
          <w:p w:rsidRPr="0023361A" w:rsidR="00AD115F" w:rsidP="006060FC" w:rsidRDefault="00AD115F" w14:paraId="5B8985DD" w14:textId="77777777">
            <w:pPr>
              <w:spacing w:after="20"/>
            </w:pPr>
            <w:r w:rsidRPr="0023361A">
              <w:rPr>
                <w:sz w:val="20"/>
              </w:rPr>
              <w:t xml:space="preserve">     – Read </w:t>
            </w:r>
            <w:r w:rsidRPr="0023361A">
              <w:rPr>
                <w:i/>
                <w:iCs/>
                <w:sz w:val="20"/>
              </w:rPr>
              <w:t xml:space="preserve">Matter of </w:t>
            </w:r>
            <w:proofErr w:type="spellStart"/>
            <w:r w:rsidRPr="0023361A">
              <w:rPr>
                <w:i/>
                <w:iCs/>
                <w:sz w:val="20"/>
              </w:rPr>
              <w:t>Q.Li</w:t>
            </w:r>
            <w:proofErr w:type="spellEnd"/>
            <w:r w:rsidRPr="0023361A">
              <w:rPr>
                <w:sz w:val="20"/>
              </w:rPr>
              <w:t xml:space="preserve"> (BIA 2025) (on page 738)</w:t>
            </w:r>
          </w:p>
          <w:p w:rsidRPr="0023361A" w:rsidR="00AD115F" w:rsidP="006060FC" w:rsidRDefault="00AD115F" w14:paraId="6CF0E159" w14:textId="64877972">
            <w:pPr>
              <w:spacing w:after="20"/>
            </w:pPr>
            <w:r w:rsidRPr="5ED248B4" w:rsidR="5ED248B4">
              <w:rPr>
                <w:sz w:val="20"/>
                <w:szCs w:val="20"/>
              </w:rPr>
              <w:t>Problem 9-2, p. 745 [varied hypos]</w:t>
            </w:r>
          </w:p>
          <w:p w:rsidRPr="0023361A" w:rsidR="00AD115F" w:rsidP="006060FC" w:rsidRDefault="00AD115F" w14:paraId="45E15291" w14:textId="6BBC6672">
            <w:pPr>
              <w:spacing w:after="20"/>
            </w:pPr>
            <w:r w:rsidRPr="5ED248B4" w:rsidR="5ED248B4">
              <w:rPr>
                <w:sz w:val="20"/>
                <w:szCs w:val="20"/>
              </w:rPr>
              <w:t xml:space="preserve">There are many new cases </w:t>
            </w:r>
            <w:r w:rsidRPr="5ED248B4" w:rsidR="5ED248B4">
              <w:rPr>
                <w:sz w:val="20"/>
                <w:szCs w:val="20"/>
              </w:rPr>
              <w:t>on</w:t>
            </w:r>
            <w:r w:rsidRPr="5ED248B4" w:rsidR="5ED248B4">
              <w:rPr>
                <w:sz w:val="20"/>
                <w:szCs w:val="20"/>
              </w:rPr>
              <w:t xml:space="preserve"> detention. Check Blackboard for a possible new reading assignment.</w:t>
            </w:r>
          </w:p>
        </w:tc>
      </w:tr>
      <w:tr w:rsidRPr="0023361A" w:rsidR="00047205" w:rsidTr="5ED248B4" w14:paraId="3D6494E9" w14:textId="77777777">
        <w:tc>
          <w:tcPr>
            <w:tcW w:w="9350" w:type="dxa"/>
            <w:gridSpan w:val="2"/>
            <w:shd w:val="clear" w:color="auto" w:fill="D6E4F0"/>
            <w:tcMar/>
          </w:tcPr>
          <w:p w:rsidRPr="0023361A" w:rsidR="00047205" w:rsidP="00C3319B" w:rsidRDefault="00047205" w14:paraId="2CE73838" w14:textId="77777777">
            <w:pPr>
              <w:spacing w:before="80" w:after="80"/>
            </w:pPr>
            <w:r w:rsidRPr="0023361A">
              <w:rPr>
                <w:b/>
              </w:rPr>
              <w:t>Week 14</w:t>
            </w:r>
          </w:p>
        </w:tc>
      </w:tr>
      <w:tr w:rsidRPr="0023361A" w:rsidR="00047205" w:rsidTr="5ED248B4" w14:paraId="134AD4C6" w14:textId="77777777">
        <w:tc>
          <w:tcPr>
            <w:tcW w:w="4287" w:type="dxa"/>
            <w:tcMar/>
          </w:tcPr>
          <w:p w:rsidRPr="0023361A" w:rsidR="00047205" w:rsidP="00C3319B" w:rsidRDefault="00047205" w14:paraId="505EE09C" w14:textId="77777777">
            <w:pPr>
              <w:spacing w:before="80" w:after="40"/>
              <w:rPr>
                <w:b/>
                <w:sz w:val="20"/>
              </w:rPr>
            </w:pPr>
            <w:r w:rsidRPr="0023361A">
              <w:rPr>
                <w:b/>
                <w:sz w:val="20"/>
              </w:rPr>
              <w:t>Monday</w:t>
            </w:r>
            <w:r w:rsidRPr="0023361A" w:rsidR="00271F52">
              <w:rPr>
                <w:b/>
                <w:sz w:val="20"/>
              </w:rPr>
              <w:t xml:space="preserve">, </w:t>
            </w:r>
            <w:r w:rsidRPr="0023361A">
              <w:rPr>
                <w:b/>
                <w:sz w:val="20"/>
              </w:rPr>
              <w:t>Nov 23</w:t>
            </w:r>
          </w:p>
          <w:p w:rsidRPr="0023361A" w:rsidR="00201365" w:rsidP="00C3319B" w:rsidRDefault="00201365" w14:paraId="56B17CF2" w14:textId="0C27DDA0">
            <w:pPr>
              <w:spacing w:before="80" w:after="40"/>
            </w:pPr>
            <w:r w:rsidRPr="0023361A">
              <w:rPr>
                <w:b/>
                <w:highlight w:val="yellow"/>
              </w:rPr>
              <w:t>NOTE:</w:t>
            </w:r>
            <w:r w:rsidRPr="0023361A">
              <w:rPr>
                <w:b/>
              </w:rPr>
              <w:t xml:space="preserve"> this class begins at lunch time. 12:50 p.m. in our regular classroom. </w:t>
            </w:r>
          </w:p>
        </w:tc>
        <w:tc>
          <w:tcPr>
            <w:tcW w:w="5063" w:type="dxa"/>
            <w:tcMar/>
          </w:tcPr>
          <w:p w:rsidRPr="0023361A" w:rsidR="00047205" w:rsidP="00C3319B" w:rsidRDefault="00047205" w14:paraId="721322A2" w14:textId="77777777">
            <w:pPr>
              <w:spacing w:after="20"/>
            </w:pPr>
            <w:r w:rsidRPr="0023361A">
              <w:rPr>
                <w:b/>
                <w:sz w:val="20"/>
              </w:rPr>
              <w:t>Asylum and Refugee Law</w:t>
            </w:r>
          </w:p>
          <w:p w:rsidRPr="0023361A" w:rsidR="00271F52" w:rsidP="00C3319B" w:rsidRDefault="00047205" w14:paraId="44C3C03A" w14:textId="77777777">
            <w:pPr>
              <w:spacing w:after="20"/>
              <w:rPr>
                <w:sz w:val="20"/>
              </w:rPr>
            </w:pPr>
            <w:r w:rsidRPr="0023361A">
              <w:rPr>
                <w:sz w:val="20"/>
              </w:rPr>
              <w:t xml:space="preserve">Textbook Pages </w:t>
            </w:r>
            <w:r w:rsidRPr="0023361A" w:rsidR="00271F52">
              <w:rPr>
                <w:sz w:val="20"/>
              </w:rPr>
              <w:t>593-606</w:t>
            </w:r>
          </w:p>
          <w:p w:rsidRPr="0023361A" w:rsidR="00271F52" w:rsidP="00201365" w:rsidRDefault="00047205" w14:paraId="00103AA7" w14:textId="183E5675">
            <w:pPr>
              <w:pStyle w:val="ListParagraph"/>
              <w:numPr>
                <w:ilvl w:val="0"/>
                <w:numId w:val="18"/>
              </w:numPr>
              <w:spacing w:after="20"/>
            </w:pPr>
            <w:r w:rsidRPr="0023361A">
              <w:rPr>
                <w:i/>
                <w:iCs/>
                <w:sz w:val="20"/>
              </w:rPr>
              <w:t>INS v. Cardoza Fonseca</w:t>
            </w:r>
            <w:r w:rsidRPr="0023361A">
              <w:rPr>
                <w:sz w:val="20"/>
              </w:rPr>
              <w:t xml:space="preserve"> (1987)</w:t>
            </w:r>
          </w:p>
          <w:p w:rsidRPr="0023361A" w:rsidR="00E40623" w:rsidP="00201365" w:rsidRDefault="00E40623" w14:paraId="37CFE090" w14:textId="0EF1D691">
            <w:pPr>
              <w:pStyle w:val="ListParagraph"/>
              <w:numPr>
                <w:ilvl w:val="0"/>
                <w:numId w:val="18"/>
              </w:numPr>
              <w:spacing w:after="20"/>
            </w:pPr>
            <w:r w:rsidRPr="0023361A">
              <w:rPr>
                <w:sz w:val="20"/>
              </w:rPr>
              <w:t>Read</w:t>
            </w:r>
            <w:r w:rsidRPr="0023361A">
              <w:rPr>
                <w:i/>
                <w:iCs/>
                <w:sz w:val="20"/>
              </w:rPr>
              <w:t xml:space="preserve"> Matter of Germain </w:t>
            </w:r>
            <w:r w:rsidRPr="0023361A">
              <w:rPr>
                <w:sz w:val="20"/>
              </w:rPr>
              <w:t>(BIA 2026) (on Blackboard)</w:t>
            </w:r>
          </w:p>
          <w:p w:rsidRPr="0023361A" w:rsidR="00047205" w:rsidP="00C3319B" w:rsidRDefault="00047205" w14:paraId="45EFF0FA" w14:textId="77777777">
            <w:pPr>
              <w:spacing w:after="20"/>
            </w:pPr>
            <w:r w:rsidRPr="0023361A">
              <w:rPr>
                <w:sz w:val="20"/>
              </w:rPr>
              <w:t>INA §§ 207, 208</w:t>
            </w:r>
          </w:p>
          <w:p w:rsidRPr="0023361A" w:rsidR="00201365" w:rsidP="5ED248B4" w:rsidRDefault="00047205" w14:paraId="66D2271A" w14:textId="04CFFE2E">
            <w:pPr>
              <w:spacing w:after="20"/>
              <w:rPr>
                <w:sz w:val="20"/>
                <w:szCs w:val="20"/>
              </w:rPr>
            </w:pPr>
            <w:r w:rsidRPr="5ED248B4" w:rsidR="5ED248B4">
              <w:rPr>
                <w:sz w:val="20"/>
                <w:szCs w:val="20"/>
              </w:rPr>
              <w:t xml:space="preserve">Problem 8-1, p. 596 (Tafarie </w:t>
            </w:r>
            <w:r w:rsidRPr="5ED248B4" w:rsidR="5ED248B4">
              <w:rPr>
                <w:sz w:val="20"/>
                <w:szCs w:val="20"/>
              </w:rPr>
              <w:t>Hapte</w:t>
            </w:r>
            <w:r w:rsidRPr="5ED248B4" w:rsidR="5ED248B4">
              <w:rPr>
                <w:sz w:val="20"/>
                <w:szCs w:val="20"/>
              </w:rPr>
              <w:t xml:space="preserve"> Selassie)</w:t>
            </w:r>
          </w:p>
          <w:p w:rsidRPr="0023361A" w:rsidR="00201365" w:rsidP="00201365" w:rsidRDefault="00201365" w14:paraId="27330CC1" w14:textId="77777777">
            <w:pPr>
              <w:spacing w:after="20"/>
            </w:pPr>
            <w:r w:rsidRPr="0023361A">
              <w:rPr>
                <w:b/>
                <w:sz w:val="20"/>
              </w:rPr>
              <w:t>Asylum and Other Humanitarian Relief</w:t>
            </w:r>
          </w:p>
          <w:p w:rsidRPr="0023361A" w:rsidR="00201365" w:rsidP="00201365" w:rsidRDefault="00201365" w14:paraId="6C7D08B3" w14:textId="77777777">
            <w:pPr>
              <w:spacing w:after="20"/>
              <w:rPr>
                <w:sz w:val="20"/>
              </w:rPr>
            </w:pPr>
            <w:r w:rsidRPr="0023361A">
              <w:rPr>
                <w:sz w:val="20"/>
              </w:rPr>
              <w:t>Textbook Pages 601-676</w:t>
            </w:r>
          </w:p>
          <w:p w:rsidRPr="0023361A" w:rsidR="00201365" w:rsidP="5ED248B4" w:rsidRDefault="00201365" w14:paraId="1CF2C8EB" w14:textId="15CABC98">
            <w:pPr>
              <w:pStyle w:val="ListParagraph"/>
              <w:numPr>
                <w:ilvl w:val="0"/>
                <w:numId w:val="18"/>
              </w:numPr>
              <w:spacing w:after="20"/>
              <w:rPr>
                <w:sz w:val="20"/>
                <w:szCs w:val="20"/>
              </w:rPr>
            </w:pPr>
            <w:r w:rsidRPr="5ED248B4" w:rsidR="5ED248B4">
              <w:rPr>
                <w:sz w:val="20"/>
                <w:szCs w:val="20"/>
              </w:rPr>
              <w:t xml:space="preserve">Skim </w:t>
            </w:r>
            <w:r w:rsidRPr="5ED248B4" w:rsidR="5ED248B4">
              <w:rPr>
                <w:i w:val="1"/>
                <w:iCs w:val="1"/>
                <w:sz w:val="20"/>
                <w:szCs w:val="20"/>
              </w:rPr>
              <w:t>INS v. Cardoza-Fonseca</w:t>
            </w:r>
            <w:r w:rsidRPr="5ED248B4" w:rsidR="5ED248B4">
              <w:rPr>
                <w:sz w:val="20"/>
                <w:szCs w:val="20"/>
              </w:rPr>
              <w:t xml:space="preserve"> (1987), p.601</w:t>
            </w:r>
          </w:p>
          <w:p w:rsidRPr="0023361A" w:rsidR="00201365" w:rsidP="5ED248B4" w:rsidRDefault="00201365" w14:paraId="6D028B73" w14:textId="2566986C">
            <w:pPr>
              <w:pStyle w:val="ListParagraph"/>
              <w:numPr>
                <w:ilvl w:val="0"/>
                <w:numId w:val="18"/>
              </w:numPr>
              <w:spacing w:after="20"/>
              <w:rPr>
                <w:sz w:val="20"/>
                <w:szCs w:val="20"/>
              </w:rPr>
            </w:pPr>
            <w:r w:rsidRPr="5ED248B4" w:rsidR="5ED248B4">
              <w:rPr>
                <w:sz w:val="20"/>
                <w:szCs w:val="20"/>
              </w:rPr>
              <w:t xml:space="preserve"> </w:t>
            </w:r>
            <w:r w:rsidRPr="5ED248B4" w:rsidR="5ED248B4">
              <w:rPr>
                <w:i w:val="1"/>
                <w:iCs w:val="1"/>
                <w:sz w:val="20"/>
                <w:szCs w:val="20"/>
              </w:rPr>
              <w:t xml:space="preserve">In re </w:t>
            </w:r>
            <w:r w:rsidRPr="5ED248B4" w:rsidR="5ED248B4">
              <w:rPr>
                <w:i w:val="1"/>
                <w:iCs w:val="1"/>
                <w:sz w:val="20"/>
                <w:szCs w:val="20"/>
              </w:rPr>
              <w:t>Kasinga</w:t>
            </w:r>
            <w:r w:rsidRPr="5ED248B4" w:rsidR="5ED248B4">
              <w:rPr>
                <w:sz w:val="20"/>
                <w:szCs w:val="20"/>
              </w:rPr>
              <w:t xml:space="preserve"> (BIA 1996), p 609</w:t>
            </w:r>
          </w:p>
          <w:p w:rsidRPr="0023361A" w:rsidR="00201365" w:rsidP="5ED248B4" w:rsidRDefault="00201365" w14:paraId="552FAE42" w14:textId="4A549197">
            <w:pPr>
              <w:pStyle w:val="ListParagraph"/>
              <w:numPr>
                <w:ilvl w:val="0"/>
                <w:numId w:val="18"/>
              </w:numPr>
              <w:spacing w:after="20"/>
              <w:rPr>
                <w:sz w:val="20"/>
                <w:szCs w:val="20"/>
              </w:rPr>
            </w:pPr>
            <w:r w:rsidRPr="5ED248B4" w:rsidR="5ED248B4">
              <w:rPr>
                <w:i w:val="1"/>
                <w:iCs w:val="1"/>
                <w:sz w:val="20"/>
                <w:szCs w:val="20"/>
              </w:rPr>
              <w:t>Mattrer</w:t>
            </w:r>
            <w:r w:rsidRPr="5ED248B4" w:rsidR="5ED248B4">
              <w:rPr>
                <w:i w:val="1"/>
                <w:iCs w:val="1"/>
                <w:sz w:val="20"/>
                <w:szCs w:val="20"/>
              </w:rPr>
              <w:t xml:space="preserve"> of </w:t>
            </w:r>
            <w:r w:rsidRPr="5ED248B4" w:rsidR="5ED248B4">
              <w:rPr>
                <w:i w:val="1"/>
                <w:iCs w:val="1"/>
                <w:sz w:val="20"/>
                <w:szCs w:val="20"/>
              </w:rPr>
              <w:t>Mogharrabi</w:t>
            </w:r>
            <w:r w:rsidRPr="5ED248B4" w:rsidR="5ED248B4">
              <w:rPr>
                <w:sz w:val="20"/>
                <w:szCs w:val="20"/>
              </w:rPr>
              <w:t xml:space="preserve"> (BIA 1987), p. 640</w:t>
            </w:r>
          </w:p>
          <w:p w:rsidRPr="0023361A" w:rsidR="00201365" w:rsidP="5ED248B4" w:rsidRDefault="00201365" w14:paraId="36BCB411" w14:textId="75302976">
            <w:pPr>
              <w:pStyle w:val="ListParagraph"/>
              <w:numPr>
                <w:ilvl w:val="0"/>
                <w:numId w:val="18"/>
              </w:numPr>
              <w:spacing w:after="20"/>
              <w:rPr>
                <w:sz w:val="20"/>
                <w:szCs w:val="20"/>
              </w:rPr>
            </w:pPr>
            <w:r w:rsidRPr="5ED248B4" w:rsidR="5ED248B4">
              <w:rPr>
                <w:i w:val="1"/>
                <w:iCs w:val="1"/>
                <w:sz w:val="20"/>
                <w:szCs w:val="20"/>
              </w:rPr>
              <w:t>Matter of Acosta</w:t>
            </w:r>
            <w:r w:rsidRPr="5ED248B4" w:rsidR="5ED248B4">
              <w:rPr>
                <w:sz w:val="20"/>
                <w:szCs w:val="20"/>
              </w:rPr>
              <w:t xml:space="preserve"> (BIA 1985), p. 644</w:t>
            </w:r>
          </w:p>
          <w:p w:rsidRPr="0023361A" w:rsidR="00201365" w:rsidP="5ED248B4" w:rsidRDefault="00201365" w14:paraId="756F66A0" w14:textId="5FED0BEE">
            <w:pPr>
              <w:pStyle w:val="ListParagraph"/>
              <w:numPr>
                <w:ilvl w:val="0"/>
                <w:numId w:val="18"/>
              </w:numPr>
              <w:spacing w:after="20"/>
              <w:rPr>
                <w:sz w:val="20"/>
                <w:szCs w:val="20"/>
              </w:rPr>
            </w:pPr>
            <w:r w:rsidRPr="5ED248B4" w:rsidR="5ED248B4">
              <w:rPr>
                <w:i w:val="1"/>
                <w:iCs w:val="1"/>
                <w:sz w:val="20"/>
                <w:szCs w:val="20"/>
              </w:rPr>
              <w:t>Matter of M-E-V-G</w:t>
            </w:r>
            <w:r w:rsidRPr="5ED248B4" w:rsidR="5ED248B4">
              <w:rPr>
                <w:sz w:val="20"/>
                <w:szCs w:val="20"/>
              </w:rPr>
              <w:t xml:space="preserve"> (BIA 2014) p. 649</w:t>
            </w:r>
          </w:p>
          <w:p w:rsidRPr="0023361A" w:rsidR="00201365" w:rsidP="5ED248B4" w:rsidRDefault="00201365" w14:paraId="4A66FEAC" w14:textId="5AD35212">
            <w:pPr>
              <w:pStyle w:val="ListParagraph"/>
              <w:numPr>
                <w:ilvl w:val="0"/>
                <w:numId w:val="18"/>
              </w:numPr>
              <w:spacing w:after="20"/>
              <w:rPr>
                <w:sz w:val="20"/>
                <w:szCs w:val="20"/>
              </w:rPr>
            </w:pPr>
            <w:r w:rsidRPr="5ED248B4" w:rsidR="5ED248B4">
              <w:rPr>
                <w:i w:val="1"/>
                <w:iCs w:val="1"/>
                <w:sz w:val="20"/>
                <w:szCs w:val="20"/>
              </w:rPr>
              <w:t>In re J-Y-C-</w:t>
            </w:r>
            <w:r w:rsidRPr="5ED248B4" w:rsidR="5ED248B4">
              <w:rPr>
                <w:sz w:val="20"/>
                <w:szCs w:val="20"/>
              </w:rPr>
              <w:t xml:space="preserve"> (BIA 2007), p. 660</w:t>
            </w:r>
          </w:p>
          <w:p w:rsidRPr="0023361A" w:rsidR="00201365" w:rsidP="00201365" w:rsidRDefault="00201365" w14:paraId="13C3AAE6" w14:textId="0D28B21F">
            <w:pPr>
              <w:pStyle w:val="ListParagraph"/>
              <w:numPr>
                <w:ilvl w:val="0"/>
                <w:numId w:val="18"/>
              </w:numPr>
              <w:spacing w:after="20"/>
              <w:rPr/>
            </w:pPr>
            <w:r w:rsidRPr="5ED248B4" w:rsidR="5ED248B4">
              <w:rPr>
                <w:sz w:val="20"/>
                <w:szCs w:val="20"/>
              </w:rPr>
              <w:t xml:space="preserve"> </w:t>
            </w:r>
            <w:r w:rsidRPr="5ED248B4" w:rsidR="5ED248B4">
              <w:rPr>
                <w:i w:val="1"/>
                <w:iCs w:val="1"/>
                <w:sz w:val="20"/>
                <w:szCs w:val="20"/>
              </w:rPr>
              <w:t>In re S-M-J-</w:t>
            </w:r>
            <w:r w:rsidRPr="5ED248B4" w:rsidR="5ED248B4">
              <w:rPr>
                <w:sz w:val="20"/>
                <w:szCs w:val="20"/>
              </w:rPr>
              <w:t xml:space="preserve"> (BIA 1997) p 669</w:t>
            </w:r>
          </w:p>
          <w:p w:rsidRPr="0023361A" w:rsidR="00201365" w:rsidP="00201365" w:rsidRDefault="00201365" w14:paraId="547FF45F" w14:textId="42FA9D4F">
            <w:pPr>
              <w:pStyle w:val="ListParagraph"/>
              <w:numPr>
                <w:ilvl w:val="0"/>
                <w:numId w:val="18"/>
              </w:numPr>
              <w:spacing w:after="20"/>
              <w:rPr/>
            </w:pPr>
            <w:r w:rsidRPr="5ED248B4" w:rsidR="5ED248B4">
              <w:rPr>
                <w:sz w:val="20"/>
                <w:szCs w:val="20"/>
              </w:rPr>
              <w:t xml:space="preserve">Read carefully </w:t>
            </w:r>
            <w:r w:rsidRPr="5ED248B4" w:rsidR="5ED248B4">
              <w:rPr>
                <w:i w:val="1"/>
                <w:iCs w:val="1"/>
                <w:sz w:val="20"/>
                <w:szCs w:val="20"/>
              </w:rPr>
              <w:t>In</w:t>
            </w:r>
            <w:r w:rsidRPr="5ED248B4" w:rsidR="5ED248B4">
              <w:rPr>
                <w:i w:val="1"/>
                <w:iCs w:val="1"/>
                <w:sz w:val="20"/>
                <w:szCs w:val="20"/>
              </w:rPr>
              <w:t xml:space="preserve"> re Chang</w:t>
            </w:r>
            <w:r w:rsidRPr="5ED248B4" w:rsidR="5ED248B4">
              <w:rPr>
                <w:sz w:val="20"/>
                <w:szCs w:val="20"/>
              </w:rPr>
              <w:t xml:space="preserve"> (BIA 1989) and </w:t>
            </w:r>
            <w:r w:rsidRPr="5ED248B4" w:rsidR="5ED248B4">
              <w:rPr>
                <w:i w:val="1"/>
                <w:iCs w:val="1"/>
                <w:sz w:val="20"/>
                <w:szCs w:val="20"/>
              </w:rPr>
              <w:t>INS v. Elias-Zacarias</w:t>
            </w:r>
            <w:r w:rsidRPr="5ED248B4" w:rsidR="5ED248B4">
              <w:rPr>
                <w:sz w:val="20"/>
                <w:szCs w:val="20"/>
              </w:rPr>
              <w:t xml:space="preserve"> (1992) p. 627</w:t>
            </w:r>
          </w:p>
          <w:p w:rsidRPr="0023361A" w:rsidR="00201365" w:rsidP="00201365" w:rsidRDefault="00201365" w14:paraId="4BCED0E7" w14:textId="77777777">
            <w:pPr>
              <w:pStyle w:val="ListParagraph"/>
              <w:numPr>
                <w:ilvl w:val="0"/>
                <w:numId w:val="18"/>
              </w:numPr>
              <w:spacing w:after="20"/>
            </w:pPr>
            <w:r w:rsidRPr="0023361A">
              <w:rPr>
                <w:sz w:val="20"/>
              </w:rPr>
              <w:t xml:space="preserve">Optional reading: </w:t>
            </w:r>
            <w:r w:rsidRPr="0023361A">
              <w:rPr>
                <w:i/>
                <w:iCs/>
                <w:sz w:val="20"/>
              </w:rPr>
              <w:t>Matter of K-E-S-G</w:t>
            </w:r>
            <w:r w:rsidRPr="0023361A">
              <w:rPr>
                <w:sz w:val="20"/>
              </w:rPr>
              <w:t xml:space="preserve"> (</w:t>
            </w:r>
            <w:proofErr w:type="gramStart"/>
            <w:r w:rsidRPr="0023361A">
              <w:rPr>
                <w:sz w:val="20"/>
              </w:rPr>
              <w:t>2025)(</w:t>
            </w:r>
            <w:proofErr w:type="gramEnd"/>
            <w:r w:rsidRPr="0023361A">
              <w:rPr>
                <w:sz w:val="20"/>
              </w:rPr>
              <w:t>on Blackboard)</w:t>
            </w:r>
          </w:p>
          <w:p w:rsidRPr="0023361A" w:rsidR="00201365" w:rsidP="00201365" w:rsidRDefault="00201365" w14:paraId="58311970" w14:textId="77777777">
            <w:pPr>
              <w:spacing w:after="20"/>
            </w:pPr>
            <w:r w:rsidRPr="0023361A">
              <w:rPr>
                <w:sz w:val="20"/>
              </w:rPr>
              <w:t>INA § 208</w:t>
            </w:r>
          </w:p>
          <w:p w:rsidRPr="0023361A" w:rsidR="00201365" w:rsidP="5ED248B4" w:rsidRDefault="00201365" w14:paraId="20FC8A1A" w14:textId="458CE06C">
            <w:pPr>
              <w:spacing w:after="20"/>
              <w:rPr>
                <w:sz w:val="20"/>
                <w:szCs w:val="20"/>
              </w:rPr>
            </w:pPr>
            <w:r w:rsidRPr="5ED248B4" w:rsidR="5ED248B4">
              <w:rPr>
                <w:sz w:val="20"/>
                <w:szCs w:val="20"/>
              </w:rPr>
              <w:t>Problem 8-2, p. 665 (Marta Hapte Selassie)</w:t>
            </w:r>
          </w:p>
        </w:tc>
      </w:tr>
      <w:tr w:rsidRPr="0023361A" w:rsidR="00047205" w:rsidTr="5ED248B4" w14:paraId="53CE1BAC" w14:textId="77777777">
        <w:tc>
          <w:tcPr>
            <w:tcW w:w="4287" w:type="dxa"/>
            <w:shd w:val="clear" w:color="auto" w:fill="F5F5F5"/>
            <w:tcMar/>
          </w:tcPr>
          <w:p w:rsidRPr="0023361A" w:rsidR="00047205" w:rsidP="00C3319B" w:rsidRDefault="00047205" w14:paraId="38D174CA" w14:textId="3322D630">
            <w:pPr>
              <w:spacing w:before="80" w:after="40"/>
            </w:pPr>
            <w:r w:rsidRPr="0023361A">
              <w:rPr>
                <w:b/>
                <w:sz w:val="20"/>
              </w:rPr>
              <w:t>Wednesday</w:t>
            </w:r>
            <w:r w:rsidRPr="0023361A" w:rsidR="00271F52">
              <w:rPr>
                <w:b/>
                <w:sz w:val="20"/>
              </w:rPr>
              <w:t xml:space="preserve">, </w:t>
            </w:r>
            <w:r w:rsidRPr="0023361A">
              <w:rPr>
                <w:b/>
                <w:sz w:val="20"/>
              </w:rPr>
              <w:t>Nov 25</w:t>
            </w:r>
          </w:p>
        </w:tc>
        <w:tc>
          <w:tcPr>
            <w:tcW w:w="5063" w:type="dxa"/>
            <w:shd w:val="clear" w:color="auto" w:fill="F5F5F5"/>
            <w:tcMar/>
          </w:tcPr>
          <w:p w:rsidRPr="0023361A" w:rsidR="00047205" w:rsidP="00C3319B" w:rsidRDefault="00047205" w14:paraId="567A4073" w14:textId="77777777">
            <w:pPr>
              <w:spacing w:after="20"/>
              <w:rPr>
                <w:b/>
                <w:bCs/>
              </w:rPr>
            </w:pPr>
            <w:r w:rsidRPr="0023361A">
              <w:rPr>
                <w:b/>
                <w:bCs/>
                <w:sz w:val="20"/>
              </w:rPr>
              <w:t>NO CLASS</w:t>
            </w:r>
          </w:p>
          <w:p w:rsidRPr="0023361A" w:rsidR="00047205" w:rsidP="00C3319B" w:rsidRDefault="00047205" w14:paraId="2B07582A" w14:textId="77777777">
            <w:pPr>
              <w:spacing w:after="20"/>
            </w:pPr>
            <w:r w:rsidRPr="0023361A">
              <w:rPr>
                <w:b/>
                <w:bCs/>
                <w:sz w:val="20"/>
              </w:rPr>
              <w:t>Happy Thanksgiving!</w:t>
            </w:r>
          </w:p>
        </w:tc>
      </w:tr>
      <w:tr w:rsidRPr="0023361A" w:rsidR="00047205" w:rsidTr="5ED248B4" w14:paraId="5191FE94" w14:textId="77777777">
        <w:tc>
          <w:tcPr>
            <w:tcW w:w="9350" w:type="dxa"/>
            <w:gridSpan w:val="2"/>
            <w:shd w:val="clear" w:color="auto" w:fill="D6E4F0"/>
            <w:tcMar/>
          </w:tcPr>
          <w:p w:rsidRPr="0023361A" w:rsidR="00047205" w:rsidP="00C3319B" w:rsidRDefault="00047205" w14:paraId="25087C37" w14:textId="77777777">
            <w:pPr>
              <w:spacing w:before="80" w:after="80"/>
            </w:pPr>
            <w:r w:rsidRPr="0023361A">
              <w:rPr>
                <w:b/>
              </w:rPr>
              <w:t>Week 15</w:t>
            </w:r>
          </w:p>
        </w:tc>
      </w:tr>
      <w:tr w:rsidRPr="0023361A" w:rsidR="00201365" w:rsidTr="5ED248B4" w14:paraId="0F23F446" w14:textId="77777777">
        <w:tc>
          <w:tcPr>
            <w:tcW w:w="4287" w:type="dxa"/>
            <w:tcMar/>
          </w:tcPr>
          <w:p w:rsidRPr="0023361A" w:rsidR="00201365" w:rsidP="00201365" w:rsidRDefault="00201365" w14:paraId="68E0613C" w14:textId="3191D048">
            <w:pPr>
              <w:spacing w:before="80" w:after="40"/>
            </w:pPr>
            <w:r w:rsidRPr="0023361A">
              <w:rPr>
                <w:b/>
                <w:sz w:val="20"/>
              </w:rPr>
              <w:t>Monday, Nov 30</w:t>
            </w:r>
          </w:p>
        </w:tc>
        <w:tc>
          <w:tcPr>
            <w:tcW w:w="5063" w:type="dxa"/>
            <w:tcMar/>
          </w:tcPr>
          <w:p w:rsidRPr="0023361A" w:rsidR="00FC330C" w:rsidP="00201365" w:rsidRDefault="00FC330C" w14:paraId="0119CFFB" w14:textId="77777777">
            <w:pPr>
              <w:spacing w:after="20"/>
              <w:rPr>
                <w:b/>
                <w:sz w:val="20"/>
              </w:rPr>
            </w:pPr>
            <w:r w:rsidRPr="0023361A">
              <w:rPr>
                <w:b/>
                <w:sz w:val="20"/>
              </w:rPr>
              <w:t>Asylum and Refugee Law (continued)</w:t>
            </w:r>
          </w:p>
          <w:p w:rsidRPr="0023361A" w:rsidR="00FC330C" w:rsidP="00201365" w:rsidRDefault="00FC330C" w14:paraId="70772AB6" w14:textId="5F26025D">
            <w:pPr>
              <w:spacing w:after="20"/>
            </w:pPr>
            <w:r w:rsidRPr="5ED248B4" w:rsidR="5ED248B4">
              <w:rPr>
                <w:sz w:val="20"/>
                <w:szCs w:val="20"/>
              </w:rPr>
              <w:t>Continue Reading from Monday Nov. 23</w:t>
            </w:r>
          </w:p>
          <w:p w:rsidR="5ED248B4" w:rsidP="5ED248B4" w:rsidRDefault="5ED248B4" w14:paraId="709DEFD8" w14:textId="60E1B032">
            <w:pPr>
              <w:spacing w:after="20"/>
            </w:pPr>
            <w:r w:rsidRPr="5ED248B4" w:rsidR="5ED248B4">
              <w:rPr>
                <w:sz w:val="20"/>
                <w:szCs w:val="20"/>
              </w:rPr>
              <w:t>We will begin with a review of the fundamentals of asylum eligibility.</w:t>
            </w:r>
          </w:p>
          <w:p w:rsidRPr="0023361A" w:rsidR="00201365" w:rsidP="00201365" w:rsidRDefault="00201365" w14:paraId="0B8468DB" w14:textId="34A9C855">
            <w:pPr>
              <w:spacing w:after="20"/>
            </w:pPr>
            <w:r w:rsidRPr="0023361A">
              <w:rPr>
                <w:b/>
                <w:sz w:val="20"/>
              </w:rPr>
              <w:t>Asylum Bars, Old and New</w:t>
            </w:r>
          </w:p>
          <w:p w:rsidRPr="0023361A" w:rsidR="00201365" w:rsidP="00201365" w:rsidRDefault="00201365" w14:paraId="71B75BA5" w14:textId="77777777">
            <w:pPr>
              <w:spacing w:after="20"/>
            </w:pPr>
            <w:r w:rsidRPr="0023361A">
              <w:rPr>
                <w:sz w:val="20"/>
              </w:rPr>
              <w:t>Textbook Pages 677-699</w:t>
            </w:r>
          </w:p>
          <w:p w:rsidRPr="0023361A" w:rsidR="00201365" w:rsidP="00201365" w:rsidRDefault="00201365" w14:paraId="2243AABA" w14:textId="77777777">
            <w:pPr>
              <w:spacing w:after="20"/>
            </w:pPr>
            <w:r w:rsidRPr="0023361A">
              <w:rPr>
                <w:sz w:val="20"/>
              </w:rPr>
              <w:t xml:space="preserve">     – Read </w:t>
            </w:r>
            <w:r w:rsidRPr="0023361A">
              <w:rPr>
                <w:i/>
                <w:iCs/>
                <w:sz w:val="20"/>
              </w:rPr>
              <w:t xml:space="preserve">In re </w:t>
            </w:r>
            <w:proofErr w:type="spellStart"/>
            <w:r w:rsidRPr="0023361A">
              <w:rPr>
                <w:i/>
                <w:iCs/>
                <w:sz w:val="20"/>
              </w:rPr>
              <w:t>Negusie</w:t>
            </w:r>
            <w:proofErr w:type="spellEnd"/>
            <w:r w:rsidRPr="0023361A">
              <w:rPr>
                <w:sz w:val="20"/>
              </w:rPr>
              <w:t xml:space="preserve"> (BIA </w:t>
            </w:r>
            <w:proofErr w:type="gramStart"/>
            <w:r w:rsidRPr="0023361A">
              <w:rPr>
                <w:sz w:val="20"/>
              </w:rPr>
              <w:t>2018)(</w:t>
            </w:r>
            <w:proofErr w:type="gramEnd"/>
            <w:r w:rsidRPr="0023361A">
              <w:rPr>
                <w:sz w:val="20"/>
              </w:rPr>
              <w:t>on Blackboard)</w:t>
            </w:r>
          </w:p>
          <w:p w:rsidRPr="0023361A" w:rsidR="00201365" w:rsidP="00201365" w:rsidRDefault="00201365" w14:paraId="2913660D" w14:textId="59168F2F">
            <w:pPr>
              <w:spacing w:after="20"/>
            </w:pPr>
            <w:r w:rsidRPr="5ED248B4" w:rsidR="5ED248B4">
              <w:rPr>
                <w:sz w:val="20"/>
                <w:szCs w:val="20"/>
              </w:rPr>
              <w:t>INA § 208, 241(b)(3)</w:t>
            </w:r>
          </w:p>
          <w:p w:rsidRPr="0023361A" w:rsidR="00201365" w:rsidP="00201365" w:rsidRDefault="00201365" w14:paraId="0A3D1FB7" w14:textId="3855FEF2">
            <w:pPr>
              <w:spacing w:after="20"/>
            </w:pPr>
            <w:r w:rsidRPr="5ED248B4" w:rsidR="5ED248B4">
              <w:rPr>
                <w:sz w:val="20"/>
                <w:szCs w:val="20"/>
              </w:rPr>
              <w:t>Problem 8-3(Asal), p. 682</w:t>
            </w:r>
          </w:p>
          <w:p w:rsidRPr="0023361A" w:rsidR="00201365" w:rsidP="00201365" w:rsidRDefault="00201365" w14:paraId="04062A5C" w14:textId="13AE844F">
            <w:pPr>
              <w:spacing w:after="20"/>
            </w:pPr>
            <w:r w:rsidRPr="5ED248B4" w:rsidR="5ED248B4">
              <w:rPr>
                <w:sz w:val="20"/>
                <w:szCs w:val="20"/>
              </w:rPr>
              <w:t>Problem 8-4 (Tim Yang), p. 685</w:t>
            </w:r>
          </w:p>
          <w:p w:rsidRPr="0023361A" w:rsidR="00201365" w:rsidP="5ED248B4" w:rsidRDefault="00201365" w14:paraId="63C4C770" w14:textId="4FF96801">
            <w:pPr>
              <w:spacing w:after="20"/>
              <w:rPr>
                <w:i w:val="1"/>
                <w:iCs w:val="1"/>
                <w:sz w:val="20"/>
                <w:szCs w:val="20"/>
              </w:rPr>
            </w:pPr>
            <w:r w:rsidRPr="5ED248B4" w:rsidR="5ED248B4">
              <w:rPr>
                <w:sz w:val="20"/>
                <w:szCs w:val="20"/>
              </w:rPr>
              <w:t xml:space="preserve">Discussion of Asylum at the Border, see Blackboard for 2026 Supreme Court case </w:t>
            </w:r>
            <w:r w:rsidRPr="5ED248B4" w:rsidR="5ED248B4">
              <w:rPr>
                <w:i w:val="1"/>
                <w:iCs w:val="1"/>
                <w:sz w:val="20"/>
                <w:szCs w:val="20"/>
              </w:rPr>
              <w:t>Mullin v. Al Otro Lado</w:t>
            </w:r>
          </w:p>
        </w:tc>
      </w:tr>
      <w:tr w:rsidRPr="0023361A" w:rsidR="00201365" w:rsidTr="5ED248B4" w14:paraId="1B0DC889" w14:textId="77777777">
        <w:tc>
          <w:tcPr>
            <w:tcW w:w="4287" w:type="dxa"/>
            <w:tcMar/>
          </w:tcPr>
          <w:p w:rsidRPr="0023361A" w:rsidR="00201365" w:rsidP="00201365" w:rsidRDefault="00201365" w14:paraId="715EDA13" w14:textId="75B3C16B">
            <w:pPr>
              <w:spacing w:before="80" w:after="40"/>
            </w:pPr>
            <w:r w:rsidRPr="0023361A">
              <w:rPr>
                <w:b/>
                <w:sz w:val="20"/>
              </w:rPr>
              <w:t>Wednesday, Dec 2</w:t>
            </w:r>
          </w:p>
        </w:tc>
        <w:tc>
          <w:tcPr>
            <w:tcW w:w="5063" w:type="dxa"/>
            <w:tcMar/>
          </w:tcPr>
          <w:p w:rsidRPr="0023361A" w:rsidR="00201365" w:rsidP="00201365" w:rsidRDefault="00201365" w14:paraId="47148F45" w14:textId="77777777">
            <w:pPr>
              <w:spacing w:after="20"/>
            </w:pPr>
            <w:r w:rsidRPr="0023361A">
              <w:rPr>
                <w:b/>
                <w:sz w:val="20"/>
              </w:rPr>
              <w:t>Naturalization and Citizenship</w:t>
            </w:r>
          </w:p>
          <w:p w:rsidRPr="0023361A" w:rsidR="00201365" w:rsidP="00201365" w:rsidRDefault="00201365" w14:paraId="544B5933" w14:textId="05672828">
            <w:pPr>
              <w:spacing w:after="20"/>
            </w:pPr>
            <w:r w:rsidRPr="5ED248B4" w:rsidR="5ED248B4">
              <w:rPr>
                <w:sz w:val="20"/>
                <w:szCs w:val="20"/>
              </w:rPr>
              <w:t>Textbook  pages</w:t>
            </w:r>
            <w:r w:rsidRPr="5ED248B4" w:rsidR="5ED248B4">
              <w:rPr>
                <w:sz w:val="20"/>
                <w:szCs w:val="20"/>
              </w:rPr>
              <w:t xml:space="preserve"> 747</w:t>
            </w:r>
            <w:r w:rsidRPr="5ED248B4" w:rsidR="5ED248B4">
              <w:rPr>
                <w:sz w:val="20"/>
                <w:szCs w:val="20"/>
              </w:rPr>
              <w:t>- 748</w:t>
            </w:r>
            <w:r w:rsidRPr="5ED248B4" w:rsidR="5ED248B4">
              <w:rPr>
                <w:sz w:val="20"/>
                <w:szCs w:val="20"/>
              </w:rPr>
              <w:t>, skim pages 767-781. The readings mixed with problems cover citizenship and naturalization.</w:t>
            </w:r>
          </w:p>
          <w:p w:rsidRPr="0023361A" w:rsidR="00201365" w:rsidP="00201365" w:rsidRDefault="00201365" w14:paraId="7AC92F5E" w14:textId="1752E394">
            <w:pPr>
              <w:spacing w:after="20"/>
            </w:pPr>
            <w:r w:rsidRPr="5ED248B4" w:rsidR="5ED248B4">
              <w:rPr>
                <w:sz w:val="20"/>
                <w:szCs w:val="20"/>
              </w:rPr>
              <w:t>Focused reading Pages 787-791</w:t>
            </w:r>
          </w:p>
          <w:p w:rsidRPr="0023361A" w:rsidR="00201365" w:rsidP="00201365" w:rsidRDefault="00201365" w14:paraId="132B192B" w14:textId="77777777">
            <w:pPr>
              <w:spacing w:after="20"/>
            </w:pPr>
            <w:r w:rsidRPr="0023361A">
              <w:rPr>
                <w:sz w:val="20"/>
              </w:rPr>
              <w:t>INA § 316</w:t>
            </w:r>
          </w:p>
          <w:p w:rsidRPr="0023361A" w:rsidR="00201365" w:rsidP="00201365" w:rsidRDefault="00201365" w14:paraId="76F5FB78" w14:textId="5B1C5C3C">
            <w:pPr>
              <w:spacing w:after="20"/>
            </w:pPr>
            <w:r w:rsidRPr="5ED248B4" w:rsidR="5ED248B4">
              <w:rPr>
                <w:sz w:val="20"/>
                <w:szCs w:val="20"/>
              </w:rPr>
              <w:t>Problem 10-13 (Mr. Swanson and Officer McCoy) [This problem is tricky and provides a nice review of many topics in the course.] p. 787</w:t>
            </w:r>
          </w:p>
          <w:p w:rsidRPr="0023361A" w:rsidR="00201365" w:rsidP="5ED248B4" w:rsidRDefault="00201365" w14:paraId="5F09EE74" w14:textId="4DE86F94">
            <w:pPr>
              <w:spacing w:after="20"/>
              <w:rPr>
                <w:sz w:val="20"/>
                <w:szCs w:val="20"/>
              </w:rPr>
            </w:pPr>
          </w:p>
        </w:tc>
      </w:tr>
      <w:tr w:rsidRPr="0023361A" w:rsidR="00201365" w:rsidTr="5ED248B4" w14:paraId="269A32A3" w14:textId="77777777">
        <w:tc>
          <w:tcPr>
            <w:tcW w:w="9350" w:type="dxa"/>
            <w:gridSpan w:val="2"/>
            <w:shd w:val="clear" w:color="auto" w:fill="D6E4F0"/>
            <w:tcMar/>
          </w:tcPr>
          <w:p w:rsidRPr="0023361A" w:rsidR="00201365" w:rsidP="00201365" w:rsidRDefault="00201365" w14:paraId="33F3AF56" w14:textId="77777777">
            <w:pPr>
              <w:spacing w:before="80" w:after="80"/>
            </w:pPr>
            <w:r w:rsidRPr="0023361A">
              <w:rPr>
                <w:b/>
              </w:rPr>
              <w:t>Exam Period</w:t>
            </w:r>
          </w:p>
        </w:tc>
      </w:tr>
      <w:tr w:rsidRPr="0023361A" w:rsidR="00201365" w:rsidTr="5ED248B4" w14:paraId="12E91454" w14:textId="77777777">
        <w:tc>
          <w:tcPr>
            <w:tcW w:w="4287" w:type="dxa"/>
            <w:tcMar/>
          </w:tcPr>
          <w:p w:rsidRPr="0023361A" w:rsidR="00201365" w:rsidP="00201365" w:rsidRDefault="00201365" w14:paraId="04955A21" w14:textId="02D429FB">
            <w:pPr>
              <w:spacing w:before="80" w:after="40"/>
            </w:pPr>
            <w:r w:rsidRPr="0023361A">
              <w:rPr>
                <w:b/>
                <w:sz w:val="20"/>
              </w:rPr>
              <w:t>Dec 8 through Dec 18</w:t>
            </w:r>
          </w:p>
        </w:tc>
        <w:tc>
          <w:tcPr>
            <w:tcW w:w="5063" w:type="dxa"/>
            <w:tcMar/>
          </w:tcPr>
          <w:p w:rsidRPr="0023361A" w:rsidR="00201365" w:rsidP="00201365" w:rsidRDefault="00201365" w14:paraId="70AF5F54" w14:textId="77777777">
            <w:pPr>
              <w:spacing w:after="20"/>
            </w:pPr>
            <w:r w:rsidRPr="0023361A">
              <w:rPr>
                <w:b/>
                <w:sz w:val="20"/>
              </w:rPr>
              <w:t>Final Take Home Exam, Open Universe, Due: 5 p.m. December 18, 2026</w:t>
            </w:r>
          </w:p>
        </w:tc>
      </w:tr>
    </w:tbl>
    <w:p w:rsidRPr="0023361A" w:rsidR="00047205" w:rsidP="00047205" w:rsidRDefault="00047205" w14:paraId="12BD82E8" w14:textId="77777777"/>
    <w:p w:rsidRPr="0023361A" w:rsidR="00047205" w:rsidP="00047205" w:rsidRDefault="00047205" w14:paraId="552E8A32" w14:textId="77777777">
      <w:pPr>
        <w:spacing w:before="240" w:after="120"/>
        <w:rPr>
          <w:u w:val="single"/>
        </w:rPr>
      </w:pPr>
    </w:p>
    <w:sectPr w:rsidRPr="0023361A" w:rsidR="00047205" w:rsidSect="00034616">
      <w:footerReference w:type="even" r:id="rId14"/>
      <w:footerReference w:type="default" r:id="rId1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B6F4C" w:rsidP="007D7D0E" w:rsidRDefault="002B6F4C" w14:paraId="1BBD7E5E" w14:textId="77777777">
      <w:pPr>
        <w:spacing w:after="0" w:line="240" w:lineRule="auto"/>
      </w:pPr>
      <w:r>
        <w:separator/>
      </w:r>
    </w:p>
  </w:endnote>
  <w:endnote w:type="continuationSeparator" w:id="0">
    <w:p w:rsidR="002B6F4C" w:rsidP="007D7D0E" w:rsidRDefault="002B6F4C" w14:paraId="2060BD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3626276"/>
      <w:docPartObj>
        <w:docPartGallery w:val="Page Numbers (Bottom of Page)"/>
        <w:docPartUnique/>
      </w:docPartObj>
    </w:sdtPr>
    <w:sdtContent>
      <w:p w:rsidR="007D7D0E" w:rsidP="005036C2" w:rsidRDefault="007D7D0E" w14:paraId="2B3EA081" w14:textId="4D4B7D5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7D7D0E" w:rsidP="007D7D0E" w:rsidRDefault="007D7D0E" w14:paraId="1A73B4E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7D7D0E" w:rsidR="007D7D0E" w:rsidP="007D7D0E" w:rsidRDefault="007D7D0E" w14:paraId="19DFCABB" w14:textId="0AF41E47">
    <w:pPr>
      <w:pStyle w:val="Footer"/>
      <w:rPr>
        <w:color w:val="000000" w:themeColor="text1"/>
      </w:rPr>
    </w:pPr>
    <w:r w:rsidRPr="007D7D0E">
      <w:rPr>
        <w:color w:val="000000" w:themeColor="text1"/>
      </w:rPr>
      <w:t xml:space="preserve">Immigration Law Syllabus Fall 2026 | Page </w:t>
    </w:r>
    <w:r w:rsidRPr="007D7D0E">
      <w:rPr>
        <w:color w:val="000000" w:themeColor="text1"/>
      </w:rPr>
      <w:fldChar w:fldCharType="begin"/>
    </w:r>
    <w:r w:rsidRPr="007D7D0E">
      <w:rPr>
        <w:color w:val="000000" w:themeColor="text1"/>
      </w:rPr>
      <w:instrText xml:space="preserve"> PAGE  \* Arabic  \* MERGEFORMAT </w:instrText>
    </w:r>
    <w:r w:rsidRPr="007D7D0E">
      <w:rPr>
        <w:color w:val="000000" w:themeColor="text1"/>
      </w:rPr>
      <w:fldChar w:fldCharType="separate"/>
    </w:r>
    <w:r w:rsidRPr="007D7D0E">
      <w:rPr>
        <w:noProof/>
        <w:color w:val="000000" w:themeColor="text1"/>
      </w:rPr>
      <w:t>2</w:t>
    </w:r>
    <w:r w:rsidRPr="007D7D0E">
      <w:rPr>
        <w:color w:val="000000" w:themeColor="text1"/>
      </w:rPr>
      <w:fldChar w:fldCharType="end"/>
    </w:r>
    <w:r w:rsidRPr="007D7D0E">
      <w:rPr>
        <w:color w:val="000000" w:themeColor="text1"/>
      </w:rPr>
      <w:t xml:space="preserve"> of </w:t>
    </w:r>
    <w:r w:rsidRPr="007D7D0E">
      <w:rPr>
        <w:color w:val="000000" w:themeColor="text1"/>
      </w:rPr>
      <w:fldChar w:fldCharType="begin"/>
    </w:r>
    <w:r w:rsidRPr="007D7D0E">
      <w:rPr>
        <w:color w:val="000000" w:themeColor="text1"/>
      </w:rPr>
      <w:instrText xml:space="preserve"> NUMPAGES  \* Arabic  \* MERGEFORMAT </w:instrText>
    </w:r>
    <w:r w:rsidRPr="007D7D0E">
      <w:rPr>
        <w:color w:val="000000" w:themeColor="text1"/>
      </w:rPr>
      <w:fldChar w:fldCharType="separate"/>
    </w:r>
    <w:r w:rsidRPr="007D7D0E">
      <w:rPr>
        <w:noProof/>
        <w:color w:val="000000" w:themeColor="text1"/>
      </w:rPr>
      <w:t>2</w:t>
    </w:r>
    <w:r w:rsidRPr="007D7D0E">
      <w:rPr>
        <w:color w:val="000000" w:themeColor="text1"/>
      </w:rPr>
      <w:fldChar w:fldCharType="end"/>
    </w:r>
  </w:p>
  <w:p w:rsidR="007D7D0E" w:rsidP="007D7D0E" w:rsidRDefault="007D7D0E" w14:paraId="00EE9443" w14:textId="510723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B6F4C" w:rsidP="007D7D0E" w:rsidRDefault="002B6F4C" w14:paraId="79E9D260" w14:textId="77777777">
      <w:pPr>
        <w:spacing w:after="0" w:line="240" w:lineRule="auto"/>
      </w:pPr>
      <w:r>
        <w:separator/>
      </w:r>
    </w:p>
  </w:footnote>
  <w:footnote w:type="continuationSeparator" w:id="0">
    <w:p w:rsidR="002B6F4C" w:rsidP="007D7D0E" w:rsidRDefault="002B6F4C" w14:paraId="0ADBEF73"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HRQmiHlz" int2:invalidationBookmarkName="" int2:hashCode="P6QFTyFPD4Bj2P" int2:id="ocs3ORFK">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5841C7"/>
    <w:multiLevelType w:val="hybridMultilevel"/>
    <w:tmpl w:val="F02C469A"/>
    <w:lvl w:ilvl="0" w:tplc="8AFA27D4">
      <w:start w:val="1"/>
      <w:numFmt w:val="bullet"/>
      <w:lvlText w:val="-"/>
      <w:lvlJc w:val="left"/>
      <w:pPr>
        <w:ind w:left="3024" w:hanging="360"/>
      </w:pPr>
      <w:rPr>
        <w:rFonts w:hint="default" w:ascii="Cambria" w:hAnsi="Cambria" w:eastAsiaTheme="minorEastAsia" w:cstheme="minorBidi"/>
        <w:sz w:val="20"/>
      </w:rPr>
    </w:lvl>
    <w:lvl w:ilvl="1" w:tplc="04090003" w:tentative="1">
      <w:start w:val="1"/>
      <w:numFmt w:val="bullet"/>
      <w:lvlText w:val="o"/>
      <w:lvlJc w:val="left"/>
      <w:pPr>
        <w:ind w:left="3744" w:hanging="360"/>
      </w:pPr>
      <w:rPr>
        <w:rFonts w:hint="default" w:ascii="Courier New" w:hAnsi="Courier New" w:cs="Courier New"/>
      </w:rPr>
    </w:lvl>
    <w:lvl w:ilvl="2" w:tplc="04090005" w:tentative="1">
      <w:start w:val="1"/>
      <w:numFmt w:val="bullet"/>
      <w:lvlText w:val=""/>
      <w:lvlJc w:val="left"/>
      <w:pPr>
        <w:ind w:left="4464" w:hanging="360"/>
      </w:pPr>
      <w:rPr>
        <w:rFonts w:hint="default" w:ascii="Wingdings" w:hAnsi="Wingdings"/>
      </w:rPr>
    </w:lvl>
    <w:lvl w:ilvl="3" w:tplc="04090001" w:tentative="1">
      <w:start w:val="1"/>
      <w:numFmt w:val="bullet"/>
      <w:lvlText w:val=""/>
      <w:lvlJc w:val="left"/>
      <w:pPr>
        <w:ind w:left="5184" w:hanging="360"/>
      </w:pPr>
      <w:rPr>
        <w:rFonts w:hint="default" w:ascii="Symbol" w:hAnsi="Symbol"/>
      </w:rPr>
    </w:lvl>
    <w:lvl w:ilvl="4" w:tplc="04090003" w:tentative="1">
      <w:start w:val="1"/>
      <w:numFmt w:val="bullet"/>
      <w:lvlText w:val="o"/>
      <w:lvlJc w:val="left"/>
      <w:pPr>
        <w:ind w:left="5904" w:hanging="360"/>
      </w:pPr>
      <w:rPr>
        <w:rFonts w:hint="default" w:ascii="Courier New" w:hAnsi="Courier New" w:cs="Courier New"/>
      </w:rPr>
    </w:lvl>
    <w:lvl w:ilvl="5" w:tplc="04090005" w:tentative="1">
      <w:start w:val="1"/>
      <w:numFmt w:val="bullet"/>
      <w:lvlText w:val=""/>
      <w:lvlJc w:val="left"/>
      <w:pPr>
        <w:ind w:left="6624" w:hanging="360"/>
      </w:pPr>
      <w:rPr>
        <w:rFonts w:hint="default" w:ascii="Wingdings" w:hAnsi="Wingdings"/>
      </w:rPr>
    </w:lvl>
    <w:lvl w:ilvl="6" w:tplc="04090001" w:tentative="1">
      <w:start w:val="1"/>
      <w:numFmt w:val="bullet"/>
      <w:lvlText w:val=""/>
      <w:lvlJc w:val="left"/>
      <w:pPr>
        <w:ind w:left="7344" w:hanging="360"/>
      </w:pPr>
      <w:rPr>
        <w:rFonts w:hint="default" w:ascii="Symbol" w:hAnsi="Symbol"/>
      </w:rPr>
    </w:lvl>
    <w:lvl w:ilvl="7" w:tplc="04090003" w:tentative="1">
      <w:start w:val="1"/>
      <w:numFmt w:val="bullet"/>
      <w:lvlText w:val="o"/>
      <w:lvlJc w:val="left"/>
      <w:pPr>
        <w:ind w:left="8064" w:hanging="360"/>
      </w:pPr>
      <w:rPr>
        <w:rFonts w:hint="default" w:ascii="Courier New" w:hAnsi="Courier New" w:cs="Courier New"/>
      </w:rPr>
    </w:lvl>
    <w:lvl w:ilvl="8" w:tplc="04090005" w:tentative="1">
      <w:start w:val="1"/>
      <w:numFmt w:val="bullet"/>
      <w:lvlText w:val=""/>
      <w:lvlJc w:val="left"/>
      <w:pPr>
        <w:ind w:left="8784" w:hanging="360"/>
      </w:pPr>
      <w:rPr>
        <w:rFonts w:hint="default" w:ascii="Wingdings" w:hAnsi="Wingdings"/>
      </w:rPr>
    </w:lvl>
  </w:abstractNum>
  <w:abstractNum w:abstractNumId="10" w15:restartNumberingAfterBreak="0">
    <w:nsid w:val="22D21D1F"/>
    <w:multiLevelType w:val="hybridMultilevel"/>
    <w:tmpl w:val="E88A99F8"/>
    <w:lvl w:ilvl="0" w:tplc="ECE83BC0">
      <w:start w:val="1"/>
      <w:numFmt w:val="bullet"/>
      <w:lvlText w:val="–"/>
      <w:lvlJc w:val="left"/>
      <w:pPr>
        <w:ind w:left="720" w:hanging="360"/>
      </w:pPr>
      <w:rPr>
        <w:rFonts w:hint="default" w:ascii="Cambria" w:hAnsi="Cambria" w:eastAsiaTheme="minorEastAsia" w:cstheme="minorBid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C1B31D0"/>
    <w:multiLevelType w:val="hybridMultilevel"/>
    <w:tmpl w:val="99E8E2AA"/>
    <w:lvl w:ilvl="0" w:tplc="B3509D7E">
      <w:start w:val="1"/>
      <w:numFmt w:val="bullet"/>
      <w:lvlText w:val="-"/>
      <w:lvlJc w:val="left"/>
      <w:pPr>
        <w:ind w:left="3240" w:hanging="360"/>
      </w:pPr>
      <w:rPr>
        <w:rFonts w:hint="default" w:ascii="Cambria" w:hAnsi="Cambria" w:eastAsiaTheme="minorEastAsia" w:cstheme="minorBidi"/>
        <w:sz w:val="20"/>
      </w:rPr>
    </w:lvl>
    <w:lvl w:ilvl="1" w:tplc="04090003" w:tentative="1">
      <w:start w:val="1"/>
      <w:numFmt w:val="bullet"/>
      <w:lvlText w:val="o"/>
      <w:lvlJc w:val="left"/>
      <w:pPr>
        <w:ind w:left="3960" w:hanging="360"/>
      </w:pPr>
      <w:rPr>
        <w:rFonts w:hint="default" w:ascii="Courier New" w:hAnsi="Courier New" w:cs="Courier New"/>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12" w15:restartNumberingAfterBreak="0">
    <w:nsid w:val="4A4C1623"/>
    <w:multiLevelType w:val="hybridMultilevel"/>
    <w:tmpl w:val="07B85876"/>
    <w:lvl w:ilvl="0" w:tplc="B3D6CA5E">
      <w:start w:val="1"/>
      <w:numFmt w:val="bullet"/>
      <w:lvlText w:val="-"/>
      <w:lvlJc w:val="left"/>
      <w:pPr>
        <w:ind w:left="720" w:hanging="360"/>
      </w:pPr>
      <w:rPr>
        <w:rFonts w:hint="default" w:ascii="Cambria" w:hAnsi="Cambria" w:eastAsiaTheme="minorEastAsia" w:cstheme="minorBidi"/>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30C32CF"/>
    <w:multiLevelType w:val="hybridMultilevel"/>
    <w:tmpl w:val="8C365C12"/>
    <w:lvl w:ilvl="0" w:tplc="ECE83BC0">
      <w:start w:val="1"/>
      <w:numFmt w:val="bullet"/>
      <w:lvlText w:val="–"/>
      <w:lvlJc w:val="left"/>
      <w:pPr>
        <w:ind w:left="720" w:hanging="360"/>
      </w:pPr>
      <w:rPr>
        <w:rFonts w:hint="default" w:ascii="Cambria" w:hAnsi="Cambria" w:eastAsiaTheme="minorEastAsia" w:cstheme="minorBid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3180ECC"/>
    <w:multiLevelType w:val="hybridMultilevel"/>
    <w:tmpl w:val="A0B02832"/>
    <w:lvl w:ilvl="0" w:tplc="ECE83BC0">
      <w:start w:val="1"/>
      <w:numFmt w:val="bullet"/>
      <w:lvlText w:val="–"/>
      <w:lvlJc w:val="left"/>
      <w:pPr>
        <w:ind w:left="720" w:hanging="360"/>
      </w:pPr>
      <w:rPr>
        <w:rFonts w:hint="default" w:ascii="Cambria" w:hAnsi="Cambria" w:eastAsiaTheme="minorEastAsia" w:cstheme="minorBid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74F35F6"/>
    <w:multiLevelType w:val="hybridMultilevel"/>
    <w:tmpl w:val="4CD4DDB0"/>
    <w:lvl w:ilvl="0" w:tplc="ECE83BC0">
      <w:start w:val="1"/>
      <w:numFmt w:val="bullet"/>
      <w:lvlText w:val="–"/>
      <w:lvlJc w:val="left"/>
      <w:pPr>
        <w:ind w:left="720" w:hanging="360"/>
      </w:pPr>
      <w:rPr>
        <w:rFonts w:hint="default" w:ascii="Cambria" w:hAnsi="Cambria" w:eastAsiaTheme="minorEastAsia" w:cstheme="minorBid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F341DA2"/>
    <w:multiLevelType w:val="hybridMultilevel"/>
    <w:tmpl w:val="7D824FAA"/>
    <w:lvl w:ilvl="0" w:tplc="8AFA27D4">
      <w:start w:val="1"/>
      <w:numFmt w:val="bullet"/>
      <w:lvlText w:val="-"/>
      <w:lvlJc w:val="left"/>
      <w:pPr>
        <w:ind w:left="3240" w:hanging="360"/>
      </w:pPr>
      <w:rPr>
        <w:rFonts w:hint="default" w:ascii="Cambria" w:hAnsi="Cambria" w:eastAsiaTheme="minorEastAsia" w:cstheme="minorBidi"/>
        <w:sz w:val="20"/>
      </w:rPr>
    </w:lvl>
    <w:lvl w:ilvl="1" w:tplc="04090003" w:tentative="1">
      <w:start w:val="1"/>
      <w:numFmt w:val="bullet"/>
      <w:lvlText w:val="o"/>
      <w:lvlJc w:val="left"/>
      <w:pPr>
        <w:ind w:left="3960" w:hanging="360"/>
      </w:pPr>
      <w:rPr>
        <w:rFonts w:hint="default" w:ascii="Courier New" w:hAnsi="Courier New" w:cs="Courier New"/>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17" w15:restartNumberingAfterBreak="0">
    <w:nsid w:val="789E05C4"/>
    <w:multiLevelType w:val="hybridMultilevel"/>
    <w:tmpl w:val="C5FCD72C"/>
    <w:lvl w:ilvl="0" w:tplc="8AFA27D4">
      <w:start w:val="1"/>
      <w:numFmt w:val="bullet"/>
      <w:lvlText w:val="-"/>
      <w:lvlJc w:val="left"/>
      <w:pPr>
        <w:ind w:left="3060" w:hanging="360"/>
      </w:pPr>
      <w:rPr>
        <w:rFonts w:hint="default" w:ascii="Cambria" w:hAnsi="Cambria" w:eastAsiaTheme="minorEastAsia" w:cstheme="minorBidi"/>
        <w:sz w:val="20"/>
      </w:rPr>
    </w:lvl>
    <w:lvl w:ilvl="1" w:tplc="04090003" w:tentative="1">
      <w:start w:val="1"/>
      <w:numFmt w:val="bullet"/>
      <w:lvlText w:val="o"/>
      <w:lvlJc w:val="left"/>
      <w:pPr>
        <w:ind w:left="3780" w:hanging="360"/>
      </w:pPr>
      <w:rPr>
        <w:rFonts w:hint="default" w:ascii="Courier New" w:hAnsi="Courier New" w:cs="Courier New"/>
      </w:rPr>
    </w:lvl>
    <w:lvl w:ilvl="2" w:tplc="04090005" w:tentative="1">
      <w:start w:val="1"/>
      <w:numFmt w:val="bullet"/>
      <w:lvlText w:val=""/>
      <w:lvlJc w:val="left"/>
      <w:pPr>
        <w:ind w:left="4500" w:hanging="360"/>
      </w:pPr>
      <w:rPr>
        <w:rFonts w:hint="default" w:ascii="Wingdings" w:hAnsi="Wingdings"/>
      </w:rPr>
    </w:lvl>
    <w:lvl w:ilvl="3" w:tplc="04090001" w:tentative="1">
      <w:start w:val="1"/>
      <w:numFmt w:val="bullet"/>
      <w:lvlText w:val=""/>
      <w:lvlJc w:val="left"/>
      <w:pPr>
        <w:ind w:left="5220" w:hanging="360"/>
      </w:pPr>
      <w:rPr>
        <w:rFonts w:hint="default" w:ascii="Symbol" w:hAnsi="Symbol"/>
      </w:rPr>
    </w:lvl>
    <w:lvl w:ilvl="4" w:tplc="04090003" w:tentative="1">
      <w:start w:val="1"/>
      <w:numFmt w:val="bullet"/>
      <w:lvlText w:val="o"/>
      <w:lvlJc w:val="left"/>
      <w:pPr>
        <w:ind w:left="5940" w:hanging="360"/>
      </w:pPr>
      <w:rPr>
        <w:rFonts w:hint="default" w:ascii="Courier New" w:hAnsi="Courier New" w:cs="Courier New"/>
      </w:rPr>
    </w:lvl>
    <w:lvl w:ilvl="5" w:tplc="04090005" w:tentative="1">
      <w:start w:val="1"/>
      <w:numFmt w:val="bullet"/>
      <w:lvlText w:val=""/>
      <w:lvlJc w:val="left"/>
      <w:pPr>
        <w:ind w:left="6660" w:hanging="360"/>
      </w:pPr>
      <w:rPr>
        <w:rFonts w:hint="default" w:ascii="Wingdings" w:hAnsi="Wingdings"/>
      </w:rPr>
    </w:lvl>
    <w:lvl w:ilvl="6" w:tplc="04090001" w:tentative="1">
      <w:start w:val="1"/>
      <w:numFmt w:val="bullet"/>
      <w:lvlText w:val=""/>
      <w:lvlJc w:val="left"/>
      <w:pPr>
        <w:ind w:left="7380" w:hanging="360"/>
      </w:pPr>
      <w:rPr>
        <w:rFonts w:hint="default" w:ascii="Symbol" w:hAnsi="Symbol"/>
      </w:rPr>
    </w:lvl>
    <w:lvl w:ilvl="7" w:tplc="04090003" w:tentative="1">
      <w:start w:val="1"/>
      <w:numFmt w:val="bullet"/>
      <w:lvlText w:val="o"/>
      <w:lvlJc w:val="left"/>
      <w:pPr>
        <w:ind w:left="8100" w:hanging="360"/>
      </w:pPr>
      <w:rPr>
        <w:rFonts w:hint="default" w:ascii="Courier New" w:hAnsi="Courier New" w:cs="Courier New"/>
      </w:rPr>
    </w:lvl>
    <w:lvl w:ilvl="8" w:tplc="04090005" w:tentative="1">
      <w:start w:val="1"/>
      <w:numFmt w:val="bullet"/>
      <w:lvlText w:val=""/>
      <w:lvlJc w:val="left"/>
      <w:pPr>
        <w:ind w:left="8820" w:hanging="360"/>
      </w:pPr>
      <w:rPr>
        <w:rFonts w:hint="default" w:ascii="Wingdings" w:hAnsi="Wingdings"/>
      </w:rPr>
    </w:lvl>
  </w:abstractNum>
  <w:abstractNum w:abstractNumId="18" w15:restartNumberingAfterBreak="0">
    <w:nsid w:val="7FAF2C11"/>
    <w:multiLevelType w:val="hybridMultilevel"/>
    <w:tmpl w:val="B4A0D112"/>
    <w:lvl w:ilvl="0" w:tplc="ECE83BC0">
      <w:start w:val="1"/>
      <w:numFmt w:val="bullet"/>
      <w:lvlText w:val="–"/>
      <w:lvlJc w:val="left"/>
      <w:pPr>
        <w:ind w:left="720" w:hanging="360"/>
      </w:pPr>
      <w:rPr>
        <w:rFonts w:hint="default" w:ascii="Cambria" w:hAnsi="Cambria" w:eastAsiaTheme="minorEastAsia" w:cstheme="minorBid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41478049">
    <w:abstractNumId w:val="8"/>
  </w:num>
  <w:num w:numId="2" w16cid:durableId="1513572078">
    <w:abstractNumId w:val="6"/>
  </w:num>
  <w:num w:numId="3" w16cid:durableId="914895504">
    <w:abstractNumId w:val="5"/>
  </w:num>
  <w:num w:numId="4" w16cid:durableId="696008619">
    <w:abstractNumId w:val="4"/>
  </w:num>
  <w:num w:numId="5" w16cid:durableId="1219053021">
    <w:abstractNumId w:val="7"/>
  </w:num>
  <w:num w:numId="6" w16cid:durableId="907763828">
    <w:abstractNumId w:val="3"/>
  </w:num>
  <w:num w:numId="7" w16cid:durableId="1262373415">
    <w:abstractNumId w:val="2"/>
  </w:num>
  <w:num w:numId="8" w16cid:durableId="1954940250">
    <w:abstractNumId w:val="1"/>
  </w:num>
  <w:num w:numId="9" w16cid:durableId="670986489">
    <w:abstractNumId w:val="0"/>
  </w:num>
  <w:num w:numId="10" w16cid:durableId="1296570684">
    <w:abstractNumId w:val="16"/>
  </w:num>
  <w:num w:numId="11" w16cid:durableId="1000886025">
    <w:abstractNumId w:val="11"/>
  </w:num>
  <w:num w:numId="12" w16cid:durableId="1296325684">
    <w:abstractNumId w:val="17"/>
  </w:num>
  <w:num w:numId="13" w16cid:durableId="320282682">
    <w:abstractNumId w:val="9"/>
  </w:num>
  <w:num w:numId="14" w16cid:durableId="1398555687">
    <w:abstractNumId w:val="13"/>
  </w:num>
  <w:num w:numId="15" w16cid:durableId="210575797">
    <w:abstractNumId w:val="14"/>
  </w:num>
  <w:num w:numId="16" w16cid:durableId="1404066841">
    <w:abstractNumId w:val="18"/>
  </w:num>
  <w:num w:numId="17" w16cid:durableId="1556891469">
    <w:abstractNumId w:val="10"/>
  </w:num>
  <w:num w:numId="18" w16cid:durableId="161699720">
    <w:abstractNumId w:val="15"/>
  </w:num>
  <w:num w:numId="19" w16cid:durableId="435559287">
    <w:abstractNumId w:val="1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7"/>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70A"/>
    <w:rsid w:val="00034616"/>
    <w:rsid w:val="00047205"/>
    <w:rsid w:val="00055E89"/>
    <w:rsid w:val="0006063C"/>
    <w:rsid w:val="00085F15"/>
    <w:rsid w:val="000A2120"/>
    <w:rsid w:val="000A4E9E"/>
    <w:rsid w:val="000C28EF"/>
    <w:rsid w:val="00110C5C"/>
    <w:rsid w:val="0011260C"/>
    <w:rsid w:val="00120A38"/>
    <w:rsid w:val="0015074B"/>
    <w:rsid w:val="00172E36"/>
    <w:rsid w:val="001D3259"/>
    <w:rsid w:val="00201365"/>
    <w:rsid w:val="00214796"/>
    <w:rsid w:val="0023361A"/>
    <w:rsid w:val="00244DD0"/>
    <w:rsid w:val="00245862"/>
    <w:rsid w:val="00271F52"/>
    <w:rsid w:val="00283C2A"/>
    <w:rsid w:val="0029639D"/>
    <w:rsid w:val="002A0364"/>
    <w:rsid w:val="002A1B7E"/>
    <w:rsid w:val="002B6F4C"/>
    <w:rsid w:val="002E4540"/>
    <w:rsid w:val="00304242"/>
    <w:rsid w:val="00326F90"/>
    <w:rsid w:val="0036343F"/>
    <w:rsid w:val="003872A6"/>
    <w:rsid w:val="003C2401"/>
    <w:rsid w:val="003D3CC2"/>
    <w:rsid w:val="003E76B8"/>
    <w:rsid w:val="0040518E"/>
    <w:rsid w:val="004363AF"/>
    <w:rsid w:val="004372AE"/>
    <w:rsid w:val="004519B6"/>
    <w:rsid w:val="0056720A"/>
    <w:rsid w:val="00582D25"/>
    <w:rsid w:val="005D3D5E"/>
    <w:rsid w:val="005F0A98"/>
    <w:rsid w:val="00646AB7"/>
    <w:rsid w:val="00647F0A"/>
    <w:rsid w:val="00693E66"/>
    <w:rsid w:val="006C4561"/>
    <w:rsid w:val="006C5FBF"/>
    <w:rsid w:val="00733235"/>
    <w:rsid w:val="007420AF"/>
    <w:rsid w:val="007B147C"/>
    <w:rsid w:val="007C6F26"/>
    <w:rsid w:val="007D7D0E"/>
    <w:rsid w:val="007E505D"/>
    <w:rsid w:val="007F22AB"/>
    <w:rsid w:val="008B2BD8"/>
    <w:rsid w:val="008B5A70"/>
    <w:rsid w:val="008D1D90"/>
    <w:rsid w:val="008E7CD4"/>
    <w:rsid w:val="00940652"/>
    <w:rsid w:val="009451CE"/>
    <w:rsid w:val="009733D9"/>
    <w:rsid w:val="00973414"/>
    <w:rsid w:val="009A0668"/>
    <w:rsid w:val="009B6C6E"/>
    <w:rsid w:val="00A06511"/>
    <w:rsid w:val="00A14A91"/>
    <w:rsid w:val="00A206B4"/>
    <w:rsid w:val="00A36675"/>
    <w:rsid w:val="00A41D89"/>
    <w:rsid w:val="00A629A3"/>
    <w:rsid w:val="00AA1D8D"/>
    <w:rsid w:val="00AC7406"/>
    <w:rsid w:val="00AD115F"/>
    <w:rsid w:val="00B01B89"/>
    <w:rsid w:val="00B27D2F"/>
    <w:rsid w:val="00B44A3F"/>
    <w:rsid w:val="00B47730"/>
    <w:rsid w:val="00C104D5"/>
    <w:rsid w:val="00C116CD"/>
    <w:rsid w:val="00C20660"/>
    <w:rsid w:val="00C36926"/>
    <w:rsid w:val="00C57444"/>
    <w:rsid w:val="00C724FE"/>
    <w:rsid w:val="00CB0664"/>
    <w:rsid w:val="00CE2175"/>
    <w:rsid w:val="00CE6165"/>
    <w:rsid w:val="00D66465"/>
    <w:rsid w:val="00D92799"/>
    <w:rsid w:val="00DB7FB6"/>
    <w:rsid w:val="00DD419A"/>
    <w:rsid w:val="00DD67A9"/>
    <w:rsid w:val="00DD7F89"/>
    <w:rsid w:val="00DE73DA"/>
    <w:rsid w:val="00E348C9"/>
    <w:rsid w:val="00E40623"/>
    <w:rsid w:val="00E53586"/>
    <w:rsid w:val="00E61839"/>
    <w:rsid w:val="00E81D9F"/>
    <w:rsid w:val="00EB45E5"/>
    <w:rsid w:val="00ED3C55"/>
    <w:rsid w:val="00EE72CF"/>
    <w:rsid w:val="00F41FF9"/>
    <w:rsid w:val="00F60CB9"/>
    <w:rsid w:val="00F73C77"/>
    <w:rsid w:val="00FA7494"/>
    <w:rsid w:val="00FC330C"/>
    <w:rsid w:val="00FC693F"/>
    <w:rsid w:val="00FD6042"/>
    <w:rsid w:val="00FE2F09"/>
    <w:rsid w:val="5ED248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327C4"/>
  <w14:defaultImageDpi w14:val="300"/>
  <w15:docId w15:val="{7EB1F753-F0CC-2E4B-AFC0-4BCA883681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7D7D0E"/>
  </w:style>
  <w:style w:type="character" w:styleId="Hyperlink">
    <w:name w:val="Hyperlink"/>
    <w:basedOn w:val="DefaultParagraphFont"/>
    <w:uiPriority w:val="99"/>
    <w:unhideWhenUsed/>
    <w:rsid w:val="007D7D0E"/>
    <w:rPr>
      <w:color w:val="0000FF" w:themeColor="hyperlink"/>
      <w:u w:val="single"/>
    </w:rPr>
  </w:style>
  <w:style w:type="character" w:styleId="UnresolvedMention">
    <w:name w:val="Unresolved Mention"/>
    <w:basedOn w:val="DefaultParagraphFont"/>
    <w:uiPriority w:val="99"/>
    <w:semiHidden/>
    <w:unhideWhenUsed/>
    <w:rsid w:val="007D7D0E"/>
    <w:rPr>
      <w:color w:val="605E5C"/>
      <w:shd w:val="clear" w:color="auto" w:fill="E1DFDD"/>
    </w:rPr>
  </w:style>
  <w:style w:type="table" w:styleId="ListTable1Light">
    <w:name w:val="List Table 1 Light"/>
    <w:basedOn w:val="TableNormal"/>
    <w:uiPriority w:val="46"/>
    <w:rsid w:val="00C36926"/>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99"/>
    <w:rsid w:val="00C36926"/>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0472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www.aila.org" TargetMode="External" Id="rId8" /><Relationship Type="http://schemas.openxmlformats.org/officeDocument/2006/relationships/hyperlink" Target="https://fam.state.gov/Volumes/Details/09FAM"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fam.state.gov/FAM/09FAM/09FAM040201.html"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immigrationforum.org/resources/" TargetMode="External" Id="rId10" /><Relationship Type="http://schemas.openxmlformats.org/officeDocument/2006/relationships/settings" Target="settings.xml" Id="rId4" /><Relationship Type="http://schemas.openxmlformats.org/officeDocument/2006/relationships/hyperlink" Target="https://www.aila.org/library/law-student-benefits" TargetMode="External" Id="rId9" /><Relationship Type="http://schemas.openxmlformats.org/officeDocument/2006/relationships/footer" Target="footer1.xml" Id="rId14" /><Relationship Type="http://schemas.openxmlformats.org/officeDocument/2006/relationships/hyperlink" Target="http://www.migrantcompas.com" TargetMode="External" Id="R6cb09a90a19044b6" /><Relationship Type="http://schemas.microsoft.com/office/2020/10/relationships/intelligence" Target="intelligence2.xml" Id="R6cec510eba1843f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Guest User</lastModifiedBy>
  <revision>31</revision>
  <dcterms:created xsi:type="dcterms:W3CDTF">2026-08-26T20:46:00.0000000Z</dcterms:created>
  <dcterms:modified xsi:type="dcterms:W3CDTF">2026-08-27T15:22:05.1444716Z</dcterms:modified>
  <category/>
</coreProperties>
</file>